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CED72" w14:textId="77777777" w:rsidR="00517DEC" w:rsidRPr="00396689" w:rsidRDefault="00000000">
      <w:pPr>
        <w:spacing w:after="160"/>
        <w:rPr>
          <w:lang w:val="da-DK"/>
        </w:rPr>
      </w:pPr>
      <w:proofErr w:type="gramStart"/>
      <w:r w:rsidRPr="00396689">
        <w:rPr>
          <w:b/>
          <w:color w:val="10467A"/>
          <w:lang w:val="da-DK"/>
        </w:rPr>
        <w:t>LIFETEST  /</w:t>
      </w:r>
      <w:proofErr w:type="gramEnd"/>
      <w:r w:rsidRPr="00396689">
        <w:rPr>
          <w:b/>
          <w:color w:val="10467A"/>
          <w:lang w:val="da-DK"/>
        </w:rPr>
        <w:t xml:space="preserve">  INSIGHT VET CGM</w:t>
      </w:r>
    </w:p>
    <w:p w14:paraId="76F61953" w14:textId="77777777" w:rsidR="00396689" w:rsidRDefault="00396689">
      <w:pPr>
        <w:spacing w:after="180"/>
        <w:rPr>
          <w:b/>
          <w:color w:val="10467A"/>
          <w:sz w:val="42"/>
          <w:lang w:val="da-DK"/>
        </w:rPr>
      </w:pPr>
    </w:p>
    <w:p w14:paraId="3E0E0C26" w14:textId="7FEE606C" w:rsidR="00517DEC" w:rsidRDefault="00000000">
      <w:pPr>
        <w:spacing w:after="180"/>
        <w:rPr>
          <w:b/>
          <w:color w:val="10467A"/>
          <w:sz w:val="42"/>
          <w:lang w:val="da-DK"/>
        </w:rPr>
      </w:pPr>
      <w:proofErr w:type="spellStart"/>
      <w:r w:rsidRPr="00396689">
        <w:rPr>
          <w:b/>
          <w:color w:val="10467A"/>
          <w:sz w:val="42"/>
          <w:lang w:val="da-DK"/>
        </w:rPr>
        <w:t>Vägledning</w:t>
      </w:r>
      <w:proofErr w:type="spellEnd"/>
      <w:r w:rsidRPr="00396689">
        <w:rPr>
          <w:b/>
          <w:color w:val="10467A"/>
          <w:sz w:val="42"/>
          <w:lang w:val="da-DK"/>
        </w:rPr>
        <w:t xml:space="preserve"> om CGM-sensorer</w:t>
      </w:r>
    </w:p>
    <w:p w14:paraId="78DF4D47" w14:textId="77777777" w:rsidR="00396689" w:rsidRPr="00396689" w:rsidRDefault="00396689">
      <w:pPr>
        <w:spacing w:after="180"/>
        <w:rPr>
          <w:lang w:val="da-DK"/>
        </w:rPr>
      </w:pPr>
    </w:p>
    <w:p w14:paraId="3BF4F090" w14:textId="77777777" w:rsidR="00517DEC" w:rsidRPr="00396689" w:rsidRDefault="00000000">
      <w:pPr>
        <w:spacing w:after="260"/>
        <w:rPr>
          <w:lang w:val="da-DK"/>
        </w:rPr>
      </w:pPr>
      <w:r w:rsidRPr="00396689">
        <w:rPr>
          <w:sz w:val="20"/>
          <w:lang w:val="da-DK"/>
        </w:rPr>
        <w:t xml:space="preserve">Information om </w:t>
      </w:r>
      <w:proofErr w:type="spellStart"/>
      <w:r w:rsidRPr="00396689">
        <w:rPr>
          <w:sz w:val="20"/>
          <w:lang w:val="da-DK"/>
        </w:rPr>
        <w:t>användningstid</w:t>
      </w:r>
      <w:proofErr w:type="spellEnd"/>
      <w:r w:rsidRPr="00396689">
        <w:rPr>
          <w:sz w:val="20"/>
          <w:lang w:val="da-DK"/>
        </w:rPr>
        <w:t xml:space="preserve">, sensorretention </w:t>
      </w:r>
      <w:proofErr w:type="spellStart"/>
      <w:r w:rsidRPr="00396689">
        <w:rPr>
          <w:sz w:val="20"/>
          <w:lang w:val="da-DK"/>
        </w:rPr>
        <w:t>och</w:t>
      </w:r>
      <w:proofErr w:type="spellEnd"/>
      <w:r w:rsidRPr="00396689">
        <w:rPr>
          <w:sz w:val="20"/>
          <w:lang w:val="da-DK"/>
        </w:rPr>
        <w:t xml:space="preserve"> praktisk </w:t>
      </w:r>
      <w:proofErr w:type="spellStart"/>
      <w:r w:rsidRPr="00396689">
        <w:rPr>
          <w:sz w:val="20"/>
          <w:lang w:val="da-DK"/>
        </w:rPr>
        <w:t>hantering</w:t>
      </w:r>
      <w:proofErr w:type="spellEnd"/>
      <w:r w:rsidRPr="00396689">
        <w:rPr>
          <w:sz w:val="20"/>
          <w:lang w:val="da-DK"/>
        </w:rPr>
        <w:t>.</w:t>
      </w:r>
    </w:p>
    <w:p w14:paraId="3EBD8739" w14:textId="77777777" w:rsidR="00517DEC" w:rsidRPr="00396689" w:rsidRDefault="00000000">
      <w:pPr>
        <w:rPr>
          <w:lang w:val="da-DK"/>
        </w:rPr>
      </w:pPr>
      <w:r w:rsidRPr="00396689">
        <w:rPr>
          <w:lang w:val="da-DK"/>
        </w:rPr>
        <w:t xml:space="preserve">CGM-sensorer kan i </w:t>
      </w:r>
      <w:proofErr w:type="spellStart"/>
      <w:r w:rsidRPr="00396689">
        <w:rPr>
          <w:lang w:val="da-DK"/>
        </w:rPr>
        <w:t>vissa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fall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förlora</w:t>
      </w:r>
      <w:proofErr w:type="spellEnd"/>
      <w:r w:rsidRPr="00396689">
        <w:rPr>
          <w:lang w:val="da-DK"/>
        </w:rPr>
        <w:t xml:space="preserve"> i </w:t>
      </w:r>
      <w:proofErr w:type="spellStart"/>
      <w:r w:rsidRPr="00396689">
        <w:rPr>
          <w:lang w:val="da-DK"/>
        </w:rPr>
        <w:t>noggrannhet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mot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slutet</w:t>
      </w:r>
      <w:proofErr w:type="spellEnd"/>
      <w:r w:rsidRPr="00396689">
        <w:rPr>
          <w:lang w:val="da-DK"/>
        </w:rPr>
        <w:t xml:space="preserve"> av </w:t>
      </w:r>
      <w:proofErr w:type="spellStart"/>
      <w:r w:rsidRPr="00396689">
        <w:rPr>
          <w:lang w:val="da-DK"/>
        </w:rPr>
        <w:t>användningsperioden</w:t>
      </w:r>
      <w:proofErr w:type="spellEnd"/>
      <w:r w:rsidRPr="00396689">
        <w:rPr>
          <w:lang w:val="da-DK"/>
        </w:rPr>
        <w:t xml:space="preserve">. Hos djur beror </w:t>
      </w:r>
      <w:proofErr w:type="spellStart"/>
      <w:r w:rsidRPr="00396689">
        <w:rPr>
          <w:lang w:val="da-DK"/>
        </w:rPr>
        <w:t>detta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ofta</w:t>
      </w:r>
      <w:proofErr w:type="spellEnd"/>
      <w:r w:rsidRPr="00396689">
        <w:rPr>
          <w:lang w:val="da-DK"/>
        </w:rPr>
        <w:t xml:space="preserve"> på </w:t>
      </w:r>
      <w:proofErr w:type="spellStart"/>
      <w:r w:rsidRPr="00396689">
        <w:rPr>
          <w:lang w:val="da-DK"/>
        </w:rPr>
        <w:t>naturliga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rörelser</w:t>
      </w:r>
      <w:proofErr w:type="spellEnd"/>
      <w:r w:rsidRPr="00396689">
        <w:rPr>
          <w:lang w:val="da-DK"/>
        </w:rPr>
        <w:t xml:space="preserve"> i huden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vävnaden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kring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sensorn</w:t>
      </w:r>
      <w:proofErr w:type="spellEnd"/>
      <w:r w:rsidRPr="00396689">
        <w:rPr>
          <w:lang w:val="da-DK"/>
        </w:rPr>
        <w:t xml:space="preserve">. </w:t>
      </w:r>
      <w:proofErr w:type="spellStart"/>
      <w:r w:rsidRPr="00396689">
        <w:rPr>
          <w:lang w:val="da-DK"/>
        </w:rPr>
        <w:t>Detta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är</w:t>
      </w:r>
      <w:proofErr w:type="spellEnd"/>
      <w:r w:rsidRPr="00396689">
        <w:rPr>
          <w:lang w:val="da-DK"/>
        </w:rPr>
        <w:t xml:space="preserve"> en </w:t>
      </w:r>
      <w:proofErr w:type="spellStart"/>
      <w:r w:rsidRPr="00396689">
        <w:rPr>
          <w:lang w:val="da-DK"/>
        </w:rPr>
        <w:t>känd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begränsning</w:t>
      </w:r>
      <w:proofErr w:type="spellEnd"/>
      <w:r w:rsidRPr="00396689">
        <w:rPr>
          <w:lang w:val="da-DK"/>
        </w:rPr>
        <w:t xml:space="preserve"> hos </w:t>
      </w:r>
      <w:proofErr w:type="spellStart"/>
      <w:r w:rsidRPr="00396689">
        <w:rPr>
          <w:lang w:val="da-DK"/>
        </w:rPr>
        <w:t>denna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typ</w:t>
      </w:r>
      <w:proofErr w:type="spellEnd"/>
      <w:r w:rsidRPr="00396689">
        <w:rPr>
          <w:lang w:val="da-DK"/>
        </w:rPr>
        <w:t xml:space="preserve"> av </w:t>
      </w:r>
      <w:proofErr w:type="spellStart"/>
      <w:r w:rsidRPr="00396689">
        <w:rPr>
          <w:lang w:val="da-DK"/>
        </w:rPr>
        <w:t>övervakningsutrustning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snarare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än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ett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produktfel</w:t>
      </w:r>
      <w:proofErr w:type="spellEnd"/>
      <w:r w:rsidRPr="00396689">
        <w:rPr>
          <w:lang w:val="da-DK"/>
        </w:rPr>
        <w:t>.</w:t>
      </w:r>
    </w:p>
    <w:p w14:paraId="07F9776B" w14:textId="77777777" w:rsidR="00517DEC" w:rsidRDefault="00000000">
      <w:pPr>
        <w:spacing w:after="240"/>
        <w:rPr>
          <w:lang w:val="da-DK"/>
        </w:rPr>
      </w:pPr>
      <w:r w:rsidRPr="00396689">
        <w:rPr>
          <w:lang w:val="da-DK"/>
        </w:rPr>
        <w:t xml:space="preserve">Data </w:t>
      </w:r>
      <w:proofErr w:type="spellStart"/>
      <w:r w:rsidRPr="00396689">
        <w:rPr>
          <w:lang w:val="da-DK"/>
        </w:rPr>
        <w:t>från</w:t>
      </w:r>
      <w:proofErr w:type="spellEnd"/>
      <w:r w:rsidRPr="00396689">
        <w:rPr>
          <w:lang w:val="da-DK"/>
        </w:rPr>
        <w:t xml:space="preserve"> den </w:t>
      </w:r>
      <w:proofErr w:type="spellStart"/>
      <w:r w:rsidRPr="00396689">
        <w:rPr>
          <w:lang w:val="da-DK"/>
        </w:rPr>
        <w:t>första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veckan</w:t>
      </w:r>
      <w:proofErr w:type="spellEnd"/>
      <w:r w:rsidRPr="00396689">
        <w:rPr>
          <w:lang w:val="da-DK"/>
        </w:rPr>
        <w:t xml:space="preserve"> har </w:t>
      </w:r>
      <w:proofErr w:type="spellStart"/>
      <w:r w:rsidRPr="00396689">
        <w:rPr>
          <w:lang w:val="da-DK"/>
        </w:rPr>
        <w:t>fortfarande</w:t>
      </w:r>
      <w:proofErr w:type="spellEnd"/>
      <w:r w:rsidRPr="00396689">
        <w:rPr>
          <w:lang w:val="da-DK"/>
        </w:rPr>
        <w:t xml:space="preserve"> stort </w:t>
      </w:r>
      <w:proofErr w:type="spellStart"/>
      <w:r w:rsidRPr="00396689">
        <w:rPr>
          <w:lang w:val="da-DK"/>
        </w:rPr>
        <w:t>kliniskt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värde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kan </w:t>
      </w:r>
      <w:proofErr w:type="spellStart"/>
      <w:r w:rsidRPr="00396689">
        <w:rPr>
          <w:lang w:val="da-DK"/>
        </w:rPr>
        <w:t>användas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för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bedömning</w:t>
      </w:r>
      <w:proofErr w:type="spellEnd"/>
      <w:r w:rsidRPr="00396689">
        <w:rPr>
          <w:lang w:val="da-DK"/>
        </w:rPr>
        <w:t xml:space="preserve"> av diabeteskontrollen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den </w:t>
      </w:r>
      <w:proofErr w:type="spellStart"/>
      <w:r w:rsidRPr="00396689">
        <w:rPr>
          <w:lang w:val="da-DK"/>
        </w:rPr>
        <w:t>fortsatta</w:t>
      </w:r>
      <w:proofErr w:type="spellEnd"/>
      <w:r w:rsidRPr="00396689">
        <w:rPr>
          <w:lang w:val="da-DK"/>
        </w:rPr>
        <w:t xml:space="preserve"> behandlingsplanen.</w:t>
      </w:r>
    </w:p>
    <w:p w14:paraId="39840AB4" w14:textId="77777777" w:rsidR="00396689" w:rsidRPr="00396689" w:rsidRDefault="00396689">
      <w:pPr>
        <w:spacing w:after="240"/>
        <w:rPr>
          <w:lang w:val="da-D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517DEC" w:rsidRPr="00396689" w14:paraId="37E2AEA0" w14:textId="77777777">
        <w:tc>
          <w:tcPr>
            <w:tcW w:w="9994" w:type="dxa"/>
            <w:shd w:val="clear" w:color="auto" w:fill="EAF2F9"/>
            <w:vAlign w:val="center"/>
          </w:tcPr>
          <w:p w14:paraId="0866F1F5" w14:textId="77777777" w:rsidR="00517DEC" w:rsidRPr="00396689" w:rsidRDefault="00000000">
            <w:pPr>
              <w:spacing w:after="80"/>
              <w:rPr>
                <w:lang w:val="da-DK"/>
              </w:rPr>
            </w:pPr>
            <w:r w:rsidRPr="00396689">
              <w:rPr>
                <w:b/>
                <w:color w:val="10467A"/>
                <w:sz w:val="22"/>
                <w:lang w:val="da-DK"/>
              </w:rPr>
              <w:t>7 DAGARS GARANTI MED COPPER BODY</w:t>
            </w:r>
          </w:p>
          <w:p w14:paraId="705CEC50" w14:textId="77777777" w:rsidR="00517DEC" w:rsidRPr="00396689" w:rsidRDefault="00000000">
            <w:pPr>
              <w:spacing w:after="60"/>
              <w:rPr>
                <w:lang w:val="da-DK"/>
              </w:rPr>
            </w:pPr>
            <w:proofErr w:type="spellStart"/>
            <w:r w:rsidRPr="00396689">
              <w:rPr>
                <w:lang w:val="da-DK"/>
              </w:rPr>
              <w:t>För</w:t>
            </w:r>
            <w:proofErr w:type="spellEnd"/>
            <w:r w:rsidRPr="00396689">
              <w:rPr>
                <w:lang w:val="da-DK"/>
              </w:rPr>
              <w:t xml:space="preserve"> optimalt </w:t>
            </w:r>
            <w:proofErr w:type="spellStart"/>
            <w:r w:rsidRPr="00396689">
              <w:rPr>
                <w:lang w:val="da-DK"/>
              </w:rPr>
              <w:t>skydd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rekommenderar</w:t>
            </w:r>
            <w:proofErr w:type="spellEnd"/>
            <w:r w:rsidRPr="00396689">
              <w:rPr>
                <w:lang w:val="da-DK"/>
              </w:rPr>
              <w:t xml:space="preserve"> vi </w:t>
            </w:r>
            <w:proofErr w:type="spellStart"/>
            <w:r w:rsidRPr="00396689">
              <w:rPr>
                <w:lang w:val="da-DK"/>
              </w:rPr>
              <w:t>Copper</w:t>
            </w:r>
            <w:proofErr w:type="spellEnd"/>
            <w:r w:rsidRPr="00396689">
              <w:rPr>
                <w:lang w:val="da-DK"/>
              </w:rPr>
              <w:t xml:space="preserve"> Body. </w:t>
            </w:r>
            <w:proofErr w:type="spellStart"/>
            <w:r w:rsidRPr="00396689">
              <w:rPr>
                <w:lang w:val="da-DK"/>
              </w:rPr>
              <w:t>När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Insight</w:t>
            </w:r>
            <w:proofErr w:type="spellEnd"/>
            <w:r w:rsidRPr="00396689">
              <w:rPr>
                <w:lang w:val="da-DK"/>
              </w:rPr>
              <w:t xml:space="preserve"> Vet CGM </w:t>
            </w:r>
            <w:proofErr w:type="spellStart"/>
            <w:r w:rsidRPr="00396689">
              <w:rPr>
                <w:lang w:val="da-DK"/>
              </w:rPr>
              <w:t>används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tillsammans</w:t>
            </w:r>
            <w:proofErr w:type="spellEnd"/>
            <w:r w:rsidRPr="00396689">
              <w:rPr>
                <w:lang w:val="da-DK"/>
              </w:rPr>
              <w:t xml:space="preserve"> med </w:t>
            </w:r>
            <w:proofErr w:type="spellStart"/>
            <w:r w:rsidRPr="00396689">
              <w:rPr>
                <w:lang w:val="da-DK"/>
              </w:rPr>
              <w:t>Copper</w:t>
            </w:r>
            <w:proofErr w:type="spellEnd"/>
            <w:r w:rsidRPr="00396689">
              <w:rPr>
                <w:lang w:val="da-DK"/>
              </w:rPr>
              <w:t xml:space="preserve"> Body </w:t>
            </w:r>
            <w:proofErr w:type="spellStart"/>
            <w:r w:rsidRPr="00396689">
              <w:rPr>
                <w:lang w:val="da-DK"/>
              </w:rPr>
              <w:t>lämnar</w:t>
            </w:r>
            <w:proofErr w:type="spellEnd"/>
            <w:r w:rsidRPr="00396689">
              <w:rPr>
                <w:lang w:val="da-DK"/>
              </w:rPr>
              <w:t xml:space="preserve"> Lifetest 100 % garanti på </w:t>
            </w:r>
            <w:proofErr w:type="spellStart"/>
            <w:r w:rsidRPr="00396689">
              <w:rPr>
                <w:lang w:val="da-DK"/>
              </w:rPr>
              <w:t>sensorn</w:t>
            </w:r>
            <w:proofErr w:type="spellEnd"/>
            <w:r w:rsidRPr="00396689">
              <w:rPr>
                <w:lang w:val="da-DK"/>
              </w:rPr>
              <w:t xml:space="preserve"> under de </w:t>
            </w:r>
            <w:proofErr w:type="spellStart"/>
            <w:r w:rsidRPr="00396689">
              <w:rPr>
                <w:lang w:val="da-DK"/>
              </w:rPr>
              <w:t>första</w:t>
            </w:r>
            <w:proofErr w:type="spellEnd"/>
            <w:r w:rsidRPr="00396689">
              <w:rPr>
                <w:lang w:val="da-DK"/>
              </w:rPr>
              <w:t xml:space="preserve"> 7 </w:t>
            </w:r>
            <w:proofErr w:type="spellStart"/>
            <w:r w:rsidRPr="00396689">
              <w:rPr>
                <w:lang w:val="da-DK"/>
              </w:rPr>
              <w:t>dagarna</w:t>
            </w:r>
            <w:proofErr w:type="spellEnd"/>
            <w:r w:rsidRPr="00396689">
              <w:rPr>
                <w:lang w:val="da-DK"/>
              </w:rPr>
              <w:t>.</w:t>
            </w:r>
          </w:p>
        </w:tc>
      </w:tr>
    </w:tbl>
    <w:p w14:paraId="0E5209D1" w14:textId="77777777" w:rsidR="00517DEC" w:rsidRPr="00396689" w:rsidRDefault="00517DEC">
      <w:pPr>
        <w:spacing w:after="0"/>
        <w:rPr>
          <w:lang w:val="da-DK"/>
        </w:rPr>
      </w:pPr>
    </w:p>
    <w:p w14:paraId="53FA422A" w14:textId="77777777" w:rsidR="00396689" w:rsidRDefault="00396689">
      <w:pPr>
        <w:spacing w:after="100"/>
        <w:rPr>
          <w:b/>
          <w:color w:val="10467A"/>
          <w:sz w:val="24"/>
          <w:lang w:val="da-DK"/>
        </w:rPr>
      </w:pPr>
    </w:p>
    <w:p w14:paraId="7C4F5AA8" w14:textId="1E8AF589" w:rsidR="00517DEC" w:rsidRPr="00396689" w:rsidRDefault="00000000">
      <w:pPr>
        <w:spacing w:after="100"/>
        <w:rPr>
          <w:lang w:val="da-DK"/>
        </w:rPr>
      </w:pPr>
      <w:proofErr w:type="spellStart"/>
      <w:r w:rsidRPr="00396689">
        <w:rPr>
          <w:b/>
          <w:color w:val="10467A"/>
          <w:sz w:val="24"/>
          <w:lang w:val="da-DK"/>
        </w:rPr>
        <w:t>Förväntad</w:t>
      </w:r>
      <w:proofErr w:type="spellEnd"/>
      <w:r w:rsidRPr="00396689">
        <w:rPr>
          <w:b/>
          <w:color w:val="10467A"/>
          <w:sz w:val="24"/>
          <w:lang w:val="da-DK"/>
        </w:rPr>
        <w:t xml:space="preserve"> </w:t>
      </w:r>
      <w:proofErr w:type="spellStart"/>
      <w:r w:rsidRPr="00396689">
        <w:rPr>
          <w:b/>
          <w:color w:val="10467A"/>
          <w:sz w:val="24"/>
          <w:lang w:val="da-DK"/>
        </w:rPr>
        <w:t>användningstid</w:t>
      </w:r>
      <w:proofErr w:type="spellEnd"/>
    </w:p>
    <w:p w14:paraId="0B55E708" w14:textId="77777777" w:rsidR="00517DEC" w:rsidRPr="00396689" w:rsidRDefault="00000000">
      <w:pPr>
        <w:rPr>
          <w:lang w:val="da-DK"/>
        </w:rPr>
      </w:pPr>
      <w:r w:rsidRPr="00396689">
        <w:rPr>
          <w:lang w:val="da-DK"/>
        </w:rPr>
        <w:t xml:space="preserve">CGM-systemet </w:t>
      </w:r>
      <w:proofErr w:type="spellStart"/>
      <w:r w:rsidRPr="00396689">
        <w:rPr>
          <w:lang w:val="da-DK"/>
        </w:rPr>
        <w:t>är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utformat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för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att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leverera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glukosdata</w:t>
      </w:r>
      <w:proofErr w:type="spellEnd"/>
      <w:r w:rsidRPr="00396689">
        <w:rPr>
          <w:lang w:val="da-DK"/>
        </w:rPr>
        <w:t xml:space="preserve"> i </w:t>
      </w:r>
      <w:proofErr w:type="spellStart"/>
      <w:r w:rsidRPr="00396689">
        <w:rPr>
          <w:lang w:val="da-DK"/>
        </w:rPr>
        <w:t>upp</w:t>
      </w:r>
      <w:proofErr w:type="spellEnd"/>
      <w:r w:rsidRPr="00396689">
        <w:rPr>
          <w:lang w:val="da-DK"/>
        </w:rPr>
        <w:t xml:space="preserve"> till 14 </w:t>
      </w:r>
      <w:proofErr w:type="spellStart"/>
      <w:r w:rsidRPr="00396689">
        <w:rPr>
          <w:lang w:val="da-DK"/>
        </w:rPr>
        <w:t>dagar</w:t>
      </w:r>
      <w:proofErr w:type="spellEnd"/>
      <w:r w:rsidRPr="00396689">
        <w:rPr>
          <w:lang w:val="da-DK"/>
        </w:rPr>
        <w:t xml:space="preserve">. Den </w:t>
      </w:r>
      <w:proofErr w:type="spellStart"/>
      <w:r w:rsidRPr="00396689">
        <w:rPr>
          <w:lang w:val="da-DK"/>
        </w:rPr>
        <w:t>garanterade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användningstiden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är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dock</w:t>
      </w:r>
      <w:proofErr w:type="spellEnd"/>
      <w:r w:rsidRPr="00396689">
        <w:rPr>
          <w:lang w:val="da-DK"/>
        </w:rPr>
        <w:t xml:space="preserve"> 7 </w:t>
      </w:r>
      <w:proofErr w:type="spellStart"/>
      <w:r w:rsidRPr="00396689">
        <w:rPr>
          <w:lang w:val="da-DK"/>
        </w:rPr>
        <w:t>dagar</w:t>
      </w:r>
      <w:proofErr w:type="spellEnd"/>
      <w:r w:rsidRPr="00396689">
        <w:rPr>
          <w:lang w:val="da-DK"/>
        </w:rPr>
        <w:t xml:space="preserve">, </w:t>
      </w:r>
      <w:proofErr w:type="spellStart"/>
      <w:r w:rsidRPr="00396689">
        <w:rPr>
          <w:lang w:val="da-DK"/>
        </w:rPr>
        <w:t>förutsatt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att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sensorn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appliceras</w:t>
      </w:r>
      <w:proofErr w:type="spellEnd"/>
      <w:r w:rsidRPr="00396689">
        <w:rPr>
          <w:lang w:val="da-DK"/>
        </w:rPr>
        <w:t xml:space="preserve"> korrekt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sitter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säkert</w:t>
      </w:r>
      <w:proofErr w:type="spellEnd"/>
      <w:r w:rsidRPr="00396689">
        <w:rPr>
          <w:lang w:val="da-DK"/>
        </w:rPr>
        <w:t xml:space="preserve"> fast. Har </w:t>
      </w:r>
      <w:proofErr w:type="spellStart"/>
      <w:r w:rsidRPr="00396689">
        <w:rPr>
          <w:lang w:val="da-DK"/>
        </w:rPr>
        <w:t>sensorn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fungerat</w:t>
      </w:r>
      <w:proofErr w:type="spellEnd"/>
      <w:r w:rsidRPr="00396689">
        <w:rPr>
          <w:lang w:val="da-DK"/>
        </w:rPr>
        <w:t xml:space="preserve"> i </w:t>
      </w:r>
      <w:proofErr w:type="spellStart"/>
      <w:r w:rsidRPr="00396689">
        <w:rPr>
          <w:lang w:val="da-DK"/>
        </w:rPr>
        <w:t>minst</w:t>
      </w:r>
      <w:proofErr w:type="spellEnd"/>
      <w:r w:rsidRPr="00396689">
        <w:rPr>
          <w:lang w:val="da-DK"/>
        </w:rPr>
        <w:t xml:space="preserve"> 7 </w:t>
      </w:r>
      <w:proofErr w:type="spellStart"/>
      <w:r w:rsidRPr="00396689">
        <w:rPr>
          <w:lang w:val="da-DK"/>
        </w:rPr>
        <w:t>dagar</w:t>
      </w:r>
      <w:proofErr w:type="spellEnd"/>
      <w:r w:rsidRPr="00396689">
        <w:rPr>
          <w:lang w:val="da-DK"/>
        </w:rPr>
        <w:t xml:space="preserve"> anses den </w:t>
      </w:r>
      <w:proofErr w:type="gramStart"/>
      <w:r w:rsidRPr="00396689">
        <w:rPr>
          <w:lang w:val="da-DK"/>
        </w:rPr>
        <w:t>ha</w:t>
      </w:r>
      <w:proofErr w:type="gram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uppfyllt</w:t>
      </w:r>
      <w:proofErr w:type="spellEnd"/>
      <w:r w:rsidRPr="00396689">
        <w:rPr>
          <w:lang w:val="da-DK"/>
        </w:rPr>
        <w:t xml:space="preserve"> den </w:t>
      </w:r>
      <w:proofErr w:type="spellStart"/>
      <w:r w:rsidRPr="00396689">
        <w:rPr>
          <w:lang w:val="da-DK"/>
        </w:rPr>
        <w:t>garanterade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livslängden</w:t>
      </w:r>
      <w:proofErr w:type="spellEnd"/>
      <w:r w:rsidRPr="00396689">
        <w:rPr>
          <w:lang w:val="da-DK"/>
        </w:rPr>
        <w:t>.</w:t>
      </w:r>
    </w:p>
    <w:p w14:paraId="798CC517" w14:textId="77777777" w:rsidR="00517DEC" w:rsidRPr="00396689" w:rsidRDefault="00000000">
      <w:pPr>
        <w:rPr>
          <w:lang w:val="da-DK"/>
        </w:rPr>
      </w:pPr>
      <w:r w:rsidRPr="00396689">
        <w:rPr>
          <w:lang w:val="da-DK"/>
        </w:rPr>
        <w:t xml:space="preserve">Efter </w:t>
      </w:r>
      <w:proofErr w:type="spellStart"/>
      <w:r w:rsidRPr="00396689">
        <w:rPr>
          <w:lang w:val="da-DK"/>
        </w:rPr>
        <w:t>denna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period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är</w:t>
      </w:r>
      <w:proofErr w:type="spellEnd"/>
      <w:r w:rsidRPr="00396689">
        <w:rPr>
          <w:lang w:val="da-DK"/>
        </w:rPr>
        <w:t xml:space="preserve"> det </w:t>
      </w:r>
      <w:proofErr w:type="spellStart"/>
      <w:r w:rsidRPr="00396689">
        <w:rPr>
          <w:lang w:val="da-DK"/>
        </w:rPr>
        <w:t>inte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ovanligt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att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sensorn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förskjuts</w:t>
      </w:r>
      <w:proofErr w:type="spellEnd"/>
      <w:r w:rsidRPr="00396689">
        <w:rPr>
          <w:lang w:val="da-DK"/>
        </w:rPr>
        <w:t xml:space="preserve">. </w:t>
      </w:r>
      <w:proofErr w:type="spellStart"/>
      <w:r w:rsidRPr="00396689">
        <w:rPr>
          <w:lang w:val="da-DK"/>
        </w:rPr>
        <w:t>Även</w:t>
      </w:r>
      <w:proofErr w:type="spellEnd"/>
      <w:r w:rsidRPr="00396689">
        <w:rPr>
          <w:lang w:val="da-DK"/>
        </w:rPr>
        <w:t xml:space="preserve"> om </w:t>
      </w:r>
      <w:proofErr w:type="spellStart"/>
      <w:r w:rsidRPr="00396689">
        <w:rPr>
          <w:lang w:val="da-DK"/>
        </w:rPr>
        <w:t>sensorn</w:t>
      </w:r>
      <w:proofErr w:type="spellEnd"/>
      <w:r w:rsidRPr="00396689">
        <w:rPr>
          <w:lang w:val="da-DK"/>
        </w:rPr>
        <w:t xml:space="preserve"> ser ut </w:t>
      </w:r>
      <w:proofErr w:type="spellStart"/>
      <w:r w:rsidRPr="00396689">
        <w:rPr>
          <w:lang w:val="da-DK"/>
        </w:rPr>
        <w:t>att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sitta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kvar</w:t>
      </w:r>
      <w:proofErr w:type="spellEnd"/>
      <w:r w:rsidRPr="00396689">
        <w:rPr>
          <w:lang w:val="da-DK"/>
        </w:rPr>
        <w:t xml:space="preserve"> på huden kan den lilla sensortråden under huden </w:t>
      </w:r>
      <w:proofErr w:type="spellStart"/>
      <w:r w:rsidRPr="00396689">
        <w:rPr>
          <w:lang w:val="da-DK"/>
        </w:rPr>
        <w:t>förflytta</w:t>
      </w:r>
      <w:proofErr w:type="spellEnd"/>
      <w:r w:rsidRPr="00396689">
        <w:rPr>
          <w:lang w:val="da-DK"/>
        </w:rPr>
        <w:t xml:space="preserve"> sig eller </w:t>
      </w:r>
      <w:proofErr w:type="spellStart"/>
      <w:r w:rsidRPr="00396689">
        <w:rPr>
          <w:lang w:val="da-DK"/>
        </w:rPr>
        <w:t>förlora</w:t>
      </w:r>
      <w:proofErr w:type="spellEnd"/>
      <w:r w:rsidRPr="00396689">
        <w:rPr>
          <w:lang w:val="da-DK"/>
        </w:rPr>
        <w:t xml:space="preserve"> kontakten med </w:t>
      </w:r>
      <w:proofErr w:type="spellStart"/>
      <w:r w:rsidRPr="00396689">
        <w:rPr>
          <w:lang w:val="da-DK"/>
        </w:rPr>
        <w:t>interstitialvätskan</w:t>
      </w:r>
      <w:proofErr w:type="spellEnd"/>
      <w:r w:rsidRPr="00396689">
        <w:rPr>
          <w:lang w:val="da-DK"/>
        </w:rPr>
        <w:t xml:space="preserve">. Det kan </w:t>
      </w:r>
      <w:proofErr w:type="spellStart"/>
      <w:r w:rsidRPr="00396689">
        <w:rPr>
          <w:lang w:val="da-DK"/>
        </w:rPr>
        <w:t>leda</w:t>
      </w:r>
      <w:proofErr w:type="spellEnd"/>
      <w:r w:rsidRPr="00396689">
        <w:rPr>
          <w:lang w:val="da-DK"/>
        </w:rPr>
        <w:t xml:space="preserve"> till </w:t>
      </w:r>
      <w:proofErr w:type="spellStart"/>
      <w:r w:rsidRPr="00396689">
        <w:rPr>
          <w:lang w:val="da-DK"/>
        </w:rPr>
        <w:t>oregelbundna</w:t>
      </w:r>
      <w:proofErr w:type="spellEnd"/>
      <w:r w:rsidRPr="00396689">
        <w:rPr>
          <w:lang w:val="da-DK"/>
        </w:rPr>
        <w:t xml:space="preserve"> eller </w:t>
      </w:r>
      <w:proofErr w:type="spellStart"/>
      <w:r w:rsidRPr="00396689">
        <w:rPr>
          <w:lang w:val="da-DK"/>
        </w:rPr>
        <w:t>otillförlitliga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mätvärden</w:t>
      </w:r>
      <w:proofErr w:type="spellEnd"/>
      <w:r w:rsidRPr="00396689">
        <w:rPr>
          <w:lang w:val="da-DK"/>
        </w:rPr>
        <w:t xml:space="preserve"> eller få </w:t>
      </w:r>
      <w:proofErr w:type="spellStart"/>
      <w:r w:rsidRPr="00396689">
        <w:rPr>
          <w:lang w:val="da-DK"/>
        </w:rPr>
        <w:t>sensorn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att</w:t>
      </w:r>
      <w:proofErr w:type="spellEnd"/>
      <w:r w:rsidRPr="00396689">
        <w:rPr>
          <w:lang w:val="da-DK"/>
        </w:rPr>
        <w:t xml:space="preserve"> visas som borttagen.</w:t>
      </w:r>
    </w:p>
    <w:p w14:paraId="2872037C" w14:textId="77777777" w:rsidR="00517DEC" w:rsidRPr="00396689" w:rsidRDefault="00000000">
      <w:pPr>
        <w:rPr>
          <w:lang w:val="da-DK"/>
        </w:rPr>
      </w:pPr>
      <w:proofErr w:type="spellStart"/>
      <w:r w:rsidRPr="00396689">
        <w:rPr>
          <w:lang w:val="da-DK"/>
        </w:rPr>
        <w:t>Djurets</w:t>
      </w:r>
      <w:proofErr w:type="spellEnd"/>
      <w:r w:rsidRPr="00396689">
        <w:rPr>
          <w:lang w:val="da-DK"/>
        </w:rPr>
        <w:t xml:space="preserve"> aktivitet, </w:t>
      </w:r>
      <w:proofErr w:type="spellStart"/>
      <w:r w:rsidRPr="00396689">
        <w:rPr>
          <w:lang w:val="da-DK"/>
        </w:rPr>
        <w:t>rörelser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naturliga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pälstillväxt</w:t>
      </w:r>
      <w:proofErr w:type="spellEnd"/>
      <w:r w:rsidRPr="00396689">
        <w:rPr>
          <w:lang w:val="da-DK"/>
        </w:rPr>
        <w:t xml:space="preserve"> kan </w:t>
      </w:r>
      <w:proofErr w:type="spellStart"/>
      <w:r w:rsidRPr="00396689">
        <w:rPr>
          <w:lang w:val="da-DK"/>
        </w:rPr>
        <w:t>påverka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vidhäftningen</w:t>
      </w:r>
      <w:proofErr w:type="spellEnd"/>
      <w:r w:rsidRPr="00396689">
        <w:rPr>
          <w:lang w:val="da-DK"/>
        </w:rPr>
        <w:t xml:space="preserve">. </w:t>
      </w:r>
      <w:proofErr w:type="spellStart"/>
      <w:r w:rsidRPr="00396689">
        <w:rPr>
          <w:lang w:val="da-DK"/>
        </w:rPr>
        <w:t>Kontrollera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därför</w:t>
      </w:r>
      <w:proofErr w:type="spellEnd"/>
      <w:r w:rsidRPr="00396689">
        <w:rPr>
          <w:lang w:val="da-DK"/>
        </w:rPr>
        <w:t xml:space="preserve"> regelbundet både sensorplacering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mätvärden</w:t>
      </w:r>
      <w:proofErr w:type="spellEnd"/>
      <w:r w:rsidRPr="00396689">
        <w:rPr>
          <w:lang w:val="da-DK"/>
        </w:rPr>
        <w:t xml:space="preserve">. Byt sensor om den </w:t>
      </w:r>
      <w:proofErr w:type="spellStart"/>
      <w:r w:rsidRPr="00396689">
        <w:rPr>
          <w:lang w:val="da-DK"/>
        </w:rPr>
        <w:t>lossnar</w:t>
      </w:r>
      <w:proofErr w:type="spellEnd"/>
      <w:r w:rsidRPr="00396689">
        <w:rPr>
          <w:lang w:val="da-DK"/>
        </w:rPr>
        <w:t xml:space="preserve"> eller om data </w:t>
      </w:r>
      <w:proofErr w:type="spellStart"/>
      <w:r w:rsidRPr="00396689">
        <w:rPr>
          <w:lang w:val="da-DK"/>
        </w:rPr>
        <w:t>blir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inkonsekventa</w:t>
      </w:r>
      <w:proofErr w:type="spellEnd"/>
      <w:r w:rsidRPr="00396689">
        <w:rPr>
          <w:lang w:val="da-DK"/>
        </w:rPr>
        <w:t>.</w:t>
      </w:r>
    </w:p>
    <w:p w14:paraId="17C5FB3D" w14:textId="77777777" w:rsidR="00396689" w:rsidRPr="00396689" w:rsidRDefault="00396689">
      <w:pPr>
        <w:rPr>
          <w:lang w:val="da-DK"/>
        </w:rPr>
      </w:pPr>
    </w:p>
    <w:p w14:paraId="38FC76E7" w14:textId="77777777" w:rsidR="00517DEC" w:rsidRDefault="00000000">
      <w:pPr>
        <w:spacing w:after="100"/>
      </w:pPr>
      <w:proofErr w:type="spellStart"/>
      <w:r>
        <w:rPr>
          <w:b/>
          <w:color w:val="10467A"/>
          <w:sz w:val="24"/>
        </w:rPr>
        <w:t>Sensorretention</w:t>
      </w:r>
      <w:proofErr w:type="spellEnd"/>
    </w:p>
    <w:tbl>
      <w:tblPr>
        <w:tblStyle w:val="Lysskygge-farve1"/>
        <w:tblW w:w="0" w:type="auto"/>
        <w:tblLook w:val="04A0" w:firstRow="1" w:lastRow="0" w:firstColumn="1" w:lastColumn="0" w:noHBand="0" w:noVBand="1"/>
      </w:tblPr>
      <w:tblGrid>
        <w:gridCol w:w="1998"/>
        <w:gridCol w:w="1999"/>
        <w:gridCol w:w="1999"/>
        <w:gridCol w:w="1999"/>
        <w:gridCol w:w="1999"/>
      </w:tblGrid>
      <w:tr w:rsidR="00517DEC" w14:paraId="33FD6C86" w14:textId="77777777" w:rsidTr="00517D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</w:tcPr>
          <w:p w14:paraId="486A4100" w14:textId="77777777" w:rsidR="00517DEC" w:rsidRDefault="00000000">
            <w:r>
              <w:t>Djur</w:t>
            </w:r>
          </w:p>
        </w:tc>
        <w:tc>
          <w:tcPr>
            <w:tcW w:w="1999" w:type="dxa"/>
          </w:tcPr>
          <w:p w14:paraId="2F4C88F9" w14:textId="77777777" w:rsidR="00517DE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Dag 3</w:t>
            </w:r>
          </w:p>
        </w:tc>
        <w:tc>
          <w:tcPr>
            <w:tcW w:w="1999" w:type="dxa"/>
          </w:tcPr>
          <w:p w14:paraId="262F887B" w14:textId="77777777" w:rsidR="00517DE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Dag 4</w:t>
            </w:r>
          </w:p>
        </w:tc>
        <w:tc>
          <w:tcPr>
            <w:tcW w:w="1999" w:type="dxa"/>
          </w:tcPr>
          <w:p w14:paraId="0893B03A" w14:textId="77777777" w:rsidR="00517DE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Dag 10</w:t>
            </w:r>
          </w:p>
        </w:tc>
        <w:tc>
          <w:tcPr>
            <w:tcW w:w="1999" w:type="dxa"/>
          </w:tcPr>
          <w:p w14:paraId="24DC56DF" w14:textId="77777777" w:rsidR="00517DE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Dag 14</w:t>
            </w:r>
          </w:p>
        </w:tc>
      </w:tr>
      <w:tr w:rsidR="00517DEC" w14:paraId="27004182" w14:textId="77777777" w:rsidTr="00517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</w:tcPr>
          <w:p w14:paraId="1C391D69" w14:textId="77777777" w:rsidR="00517DEC" w:rsidRDefault="00000000">
            <w:r>
              <w:t>Katt</w:t>
            </w:r>
          </w:p>
        </w:tc>
        <w:tc>
          <w:tcPr>
            <w:tcW w:w="1999" w:type="dxa"/>
          </w:tcPr>
          <w:p w14:paraId="5629F89F" w14:textId="77777777" w:rsidR="00517DE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74,38 %</w:t>
            </w:r>
          </w:p>
        </w:tc>
        <w:tc>
          <w:tcPr>
            <w:tcW w:w="1999" w:type="dxa"/>
          </w:tcPr>
          <w:p w14:paraId="2333BD70" w14:textId="77777777" w:rsidR="00517DE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69,04 %</w:t>
            </w:r>
          </w:p>
        </w:tc>
        <w:tc>
          <w:tcPr>
            <w:tcW w:w="1999" w:type="dxa"/>
          </w:tcPr>
          <w:p w14:paraId="12F724B7" w14:textId="77777777" w:rsidR="00517DE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44,84 %</w:t>
            </w:r>
          </w:p>
        </w:tc>
        <w:tc>
          <w:tcPr>
            <w:tcW w:w="1999" w:type="dxa"/>
          </w:tcPr>
          <w:p w14:paraId="2E484EB5" w14:textId="77777777" w:rsidR="00517DE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31,32 %</w:t>
            </w:r>
          </w:p>
        </w:tc>
      </w:tr>
      <w:tr w:rsidR="00517DEC" w14:paraId="5241310D" w14:textId="77777777" w:rsidTr="00517D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</w:tcPr>
          <w:p w14:paraId="4FDDE434" w14:textId="77777777" w:rsidR="00517DEC" w:rsidRDefault="00000000">
            <w:r>
              <w:t>Hund</w:t>
            </w:r>
          </w:p>
        </w:tc>
        <w:tc>
          <w:tcPr>
            <w:tcW w:w="1999" w:type="dxa"/>
          </w:tcPr>
          <w:p w14:paraId="0E887FC7" w14:textId="77777777" w:rsidR="00517DEC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83,38 %</w:t>
            </w:r>
          </w:p>
        </w:tc>
        <w:tc>
          <w:tcPr>
            <w:tcW w:w="1999" w:type="dxa"/>
          </w:tcPr>
          <w:p w14:paraId="259AA373" w14:textId="77777777" w:rsidR="00517DEC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80,02 %</w:t>
            </w:r>
          </w:p>
        </w:tc>
        <w:tc>
          <w:tcPr>
            <w:tcW w:w="1999" w:type="dxa"/>
          </w:tcPr>
          <w:p w14:paraId="387D486C" w14:textId="77777777" w:rsidR="00517DEC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63 %*</w:t>
            </w:r>
          </w:p>
        </w:tc>
        <w:tc>
          <w:tcPr>
            <w:tcW w:w="1999" w:type="dxa"/>
          </w:tcPr>
          <w:p w14:paraId="39502250" w14:textId="77777777" w:rsidR="00517DEC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45,97 %</w:t>
            </w:r>
          </w:p>
        </w:tc>
      </w:tr>
    </w:tbl>
    <w:p w14:paraId="2A039F55" w14:textId="77777777" w:rsidR="00517DEC" w:rsidRDefault="00000000">
      <w:pPr>
        <w:spacing w:after="160"/>
        <w:rPr>
          <w:sz w:val="16"/>
          <w:lang w:val="da-DK"/>
        </w:rPr>
      </w:pPr>
      <w:r w:rsidRPr="00396689">
        <w:rPr>
          <w:sz w:val="16"/>
          <w:lang w:val="da-DK"/>
        </w:rPr>
        <w:t xml:space="preserve">* </w:t>
      </w:r>
      <w:proofErr w:type="spellStart"/>
      <w:r w:rsidRPr="00396689">
        <w:rPr>
          <w:sz w:val="16"/>
          <w:lang w:val="da-DK"/>
        </w:rPr>
        <w:t>För</w:t>
      </w:r>
      <w:proofErr w:type="spellEnd"/>
      <w:r w:rsidRPr="00396689">
        <w:rPr>
          <w:sz w:val="16"/>
          <w:lang w:val="da-DK"/>
        </w:rPr>
        <w:t xml:space="preserve"> </w:t>
      </w:r>
      <w:proofErr w:type="spellStart"/>
      <w:r w:rsidRPr="00396689">
        <w:rPr>
          <w:sz w:val="16"/>
          <w:lang w:val="da-DK"/>
        </w:rPr>
        <w:t>hundar</w:t>
      </w:r>
      <w:proofErr w:type="spellEnd"/>
      <w:r w:rsidRPr="00396689">
        <w:rPr>
          <w:sz w:val="16"/>
          <w:lang w:val="da-DK"/>
        </w:rPr>
        <w:t xml:space="preserve"> </w:t>
      </w:r>
      <w:proofErr w:type="spellStart"/>
      <w:r w:rsidRPr="00396689">
        <w:rPr>
          <w:sz w:val="16"/>
          <w:lang w:val="da-DK"/>
        </w:rPr>
        <w:t>avser</w:t>
      </w:r>
      <w:proofErr w:type="spellEnd"/>
      <w:r w:rsidRPr="00396689">
        <w:rPr>
          <w:sz w:val="16"/>
          <w:lang w:val="da-DK"/>
        </w:rPr>
        <w:t xml:space="preserve"> 63 % sensorer som </w:t>
      </w:r>
      <w:proofErr w:type="spellStart"/>
      <w:r w:rsidRPr="00396689">
        <w:rPr>
          <w:sz w:val="16"/>
          <w:lang w:val="da-DK"/>
        </w:rPr>
        <w:t>varit</w:t>
      </w:r>
      <w:proofErr w:type="spellEnd"/>
      <w:r w:rsidRPr="00396689">
        <w:rPr>
          <w:sz w:val="16"/>
          <w:lang w:val="da-DK"/>
        </w:rPr>
        <w:t xml:space="preserve"> i </w:t>
      </w:r>
      <w:proofErr w:type="spellStart"/>
      <w:r w:rsidRPr="00396689">
        <w:rPr>
          <w:sz w:val="16"/>
          <w:lang w:val="da-DK"/>
        </w:rPr>
        <w:t>bruk</w:t>
      </w:r>
      <w:proofErr w:type="spellEnd"/>
      <w:r w:rsidRPr="00396689">
        <w:rPr>
          <w:sz w:val="16"/>
          <w:lang w:val="da-DK"/>
        </w:rPr>
        <w:t xml:space="preserve"> i </w:t>
      </w:r>
      <w:proofErr w:type="spellStart"/>
      <w:r w:rsidRPr="00396689">
        <w:rPr>
          <w:sz w:val="16"/>
          <w:lang w:val="da-DK"/>
        </w:rPr>
        <w:t>mer</w:t>
      </w:r>
      <w:proofErr w:type="spellEnd"/>
      <w:r w:rsidRPr="00396689">
        <w:rPr>
          <w:sz w:val="16"/>
          <w:lang w:val="da-DK"/>
        </w:rPr>
        <w:t xml:space="preserve"> </w:t>
      </w:r>
      <w:proofErr w:type="spellStart"/>
      <w:r w:rsidRPr="00396689">
        <w:rPr>
          <w:sz w:val="16"/>
          <w:lang w:val="da-DK"/>
        </w:rPr>
        <w:t>än</w:t>
      </w:r>
      <w:proofErr w:type="spellEnd"/>
      <w:r w:rsidRPr="00396689">
        <w:rPr>
          <w:sz w:val="16"/>
          <w:lang w:val="da-DK"/>
        </w:rPr>
        <w:t xml:space="preserve"> 10 </w:t>
      </w:r>
      <w:proofErr w:type="spellStart"/>
      <w:r w:rsidRPr="00396689">
        <w:rPr>
          <w:sz w:val="16"/>
          <w:lang w:val="da-DK"/>
        </w:rPr>
        <w:t>dagar</w:t>
      </w:r>
      <w:proofErr w:type="spellEnd"/>
      <w:r w:rsidRPr="00396689">
        <w:rPr>
          <w:sz w:val="16"/>
          <w:lang w:val="da-DK"/>
        </w:rPr>
        <w:t>.</w:t>
      </w:r>
    </w:p>
    <w:p w14:paraId="4A3267B7" w14:textId="77777777" w:rsidR="00396689" w:rsidRPr="00396689" w:rsidRDefault="00396689">
      <w:pPr>
        <w:spacing w:after="160"/>
        <w:rPr>
          <w:lang w:val="da-D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517DEC" w:rsidRPr="00396689" w14:paraId="47DBDB07" w14:textId="77777777">
        <w:tc>
          <w:tcPr>
            <w:tcW w:w="9994" w:type="dxa"/>
            <w:shd w:val="clear" w:color="auto" w:fill="F1F5F9"/>
            <w:vAlign w:val="center"/>
          </w:tcPr>
          <w:p w14:paraId="68045106" w14:textId="77777777" w:rsidR="00517DEC" w:rsidRPr="00396689" w:rsidRDefault="00000000">
            <w:pPr>
              <w:spacing w:after="80"/>
              <w:rPr>
                <w:lang w:val="da-DK"/>
              </w:rPr>
            </w:pPr>
            <w:r w:rsidRPr="00396689">
              <w:rPr>
                <w:b/>
                <w:color w:val="10467A"/>
                <w:sz w:val="22"/>
                <w:lang w:val="da-DK"/>
              </w:rPr>
              <w:t xml:space="preserve">Vid </w:t>
            </w:r>
            <w:proofErr w:type="spellStart"/>
            <w:r w:rsidRPr="00396689">
              <w:rPr>
                <w:b/>
                <w:color w:val="10467A"/>
                <w:sz w:val="22"/>
                <w:lang w:val="da-DK"/>
              </w:rPr>
              <w:t>eventuell</w:t>
            </w:r>
            <w:proofErr w:type="spellEnd"/>
            <w:r w:rsidRPr="00396689">
              <w:rPr>
                <w:b/>
                <w:color w:val="10467A"/>
                <w:sz w:val="22"/>
                <w:lang w:val="da-DK"/>
              </w:rPr>
              <w:t xml:space="preserve"> </w:t>
            </w:r>
            <w:proofErr w:type="spellStart"/>
            <w:r w:rsidRPr="00396689">
              <w:rPr>
                <w:b/>
                <w:color w:val="10467A"/>
                <w:sz w:val="22"/>
                <w:lang w:val="da-DK"/>
              </w:rPr>
              <w:t>felutredning</w:t>
            </w:r>
            <w:proofErr w:type="spellEnd"/>
          </w:p>
          <w:p w14:paraId="08A54885" w14:textId="77777777" w:rsidR="00517DEC" w:rsidRPr="00396689" w:rsidRDefault="00000000">
            <w:pPr>
              <w:spacing w:after="60"/>
              <w:rPr>
                <w:lang w:val="da-DK"/>
              </w:rPr>
            </w:pPr>
            <w:proofErr w:type="spellStart"/>
            <w:r w:rsidRPr="00396689">
              <w:rPr>
                <w:lang w:val="da-DK"/>
              </w:rPr>
              <w:t>Fotografera</w:t>
            </w:r>
            <w:proofErr w:type="spellEnd"/>
            <w:r w:rsidRPr="00396689">
              <w:rPr>
                <w:lang w:val="da-DK"/>
              </w:rPr>
              <w:t xml:space="preserve"> sensorområdet </w:t>
            </w:r>
            <w:proofErr w:type="spellStart"/>
            <w:r w:rsidRPr="00396689">
              <w:rPr>
                <w:lang w:val="da-DK"/>
              </w:rPr>
              <w:t>innan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sensorn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tas</w:t>
            </w:r>
            <w:proofErr w:type="spellEnd"/>
            <w:r w:rsidRPr="00396689">
              <w:rPr>
                <w:lang w:val="da-DK"/>
              </w:rPr>
              <w:t xml:space="preserve"> bort. Spara sensornumret </w:t>
            </w:r>
            <w:proofErr w:type="spellStart"/>
            <w:r w:rsidRPr="00396689">
              <w:rPr>
                <w:lang w:val="da-DK"/>
              </w:rPr>
              <w:t>och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uppge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gramStart"/>
            <w:r w:rsidRPr="00396689">
              <w:rPr>
                <w:lang w:val="da-DK"/>
              </w:rPr>
              <w:t>det vid kontakt</w:t>
            </w:r>
            <w:proofErr w:type="gramEnd"/>
            <w:r w:rsidRPr="00396689">
              <w:rPr>
                <w:lang w:val="da-DK"/>
              </w:rPr>
              <w:t xml:space="preserve"> med Lifetest.</w:t>
            </w:r>
          </w:p>
        </w:tc>
      </w:tr>
    </w:tbl>
    <w:p w14:paraId="586E64AC" w14:textId="77777777" w:rsidR="00517DEC" w:rsidRPr="00396689" w:rsidRDefault="00517DEC">
      <w:pPr>
        <w:spacing w:after="0"/>
        <w:rPr>
          <w:lang w:val="da-DK"/>
        </w:rPr>
      </w:pPr>
    </w:p>
    <w:p w14:paraId="41F63CE5" w14:textId="77777777" w:rsidR="00396689" w:rsidRDefault="00396689">
      <w:pPr>
        <w:spacing w:after="0"/>
        <w:rPr>
          <w:sz w:val="16"/>
        </w:rPr>
      </w:pPr>
    </w:p>
    <w:p w14:paraId="1E18FF1E" w14:textId="0AC1A57C" w:rsidR="00517DEC" w:rsidRDefault="00000000">
      <w:pPr>
        <w:spacing w:after="0"/>
      </w:pPr>
      <w:r>
        <w:rPr>
          <w:sz w:val="16"/>
        </w:rPr>
        <w:t xml:space="preserve">Lars Olesen &amp; Nicklas </w:t>
      </w:r>
      <w:proofErr w:type="gramStart"/>
      <w:r>
        <w:rPr>
          <w:sz w:val="16"/>
        </w:rPr>
        <w:t>Lindblad  ·</w:t>
      </w:r>
      <w:proofErr w:type="gramEnd"/>
      <w:r>
        <w:rPr>
          <w:sz w:val="16"/>
        </w:rPr>
        <w:t xml:space="preserve">  Lifetest Vet Equipment </w:t>
      </w:r>
      <w:proofErr w:type="gramStart"/>
      <w:r>
        <w:rPr>
          <w:sz w:val="16"/>
        </w:rPr>
        <w:t>ApS  ·</w:t>
      </w:r>
      <w:proofErr w:type="gramEnd"/>
      <w:r>
        <w:rPr>
          <w:sz w:val="16"/>
        </w:rPr>
        <w:t xml:space="preserve">  +45 23909081</w:t>
      </w:r>
    </w:p>
    <w:p w14:paraId="3FFFD334" w14:textId="77777777" w:rsidR="00517DEC" w:rsidRDefault="00000000">
      <w:r>
        <w:br w:type="page"/>
      </w:r>
    </w:p>
    <w:p w14:paraId="5456394C" w14:textId="77777777" w:rsidR="00517DEC" w:rsidRPr="00396689" w:rsidRDefault="00000000">
      <w:pPr>
        <w:spacing w:after="160"/>
        <w:rPr>
          <w:lang w:val="da-DK"/>
        </w:rPr>
      </w:pPr>
      <w:proofErr w:type="gramStart"/>
      <w:r w:rsidRPr="00396689">
        <w:rPr>
          <w:b/>
          <w:color w:val="10467A"/>
          <w:lang w:val="da-DK"/>
        </w:rPr>
        <w:lastRenderedPageBreak/>
        <w:t>LIFETEST  /</w:t>
      </w:r>
      <w:proofErr w:type="gramEnd"/>
      <w:r w:rsidRPr="00396689">
        <w:rPr>
          <w:b/>
          <w:color w:val="10467A"/>
          <w:lang w:val="da-DK"/>
        </w:rPr>
        <w:t xml:space="preserve">  PRAKTISK CHECKLISTA</w:t>
      </w:r>
    </w:p>
    <w:p w14:paraId="671823F6" w14:textId="77777777" w:rsidR="00396689" w:rsidRDefault="00396689">
      <w:pPr>
        <w:spacing w:after="240"/>
        <w:rPr>
          <w:b/>
          <w:color w:val="10467A"/>
          <w:sz w:val="38"/>
          <w:lang w:val="da-DK"/>
        </w:rPr>
      </w:pPr>
    </w:p>
    <w:p w14:paraId="0AE0F66C" w14:textId="24289133" w:rsidR="00517DEC" w:rsidRPr="00396689" w:rsidRDefault="00000000">
      <w:pPr>
        <w:spacing w:after="240"/>
        <w:rPr>
          <w:lang w:val="da-DK"/>
        </w:rPr>
      </w:pPr>
      <w:r w:rsidRPr="00396689">
        <w:rPr>
          <w:b/>
          <w:color w:val="10467A"/>
          <w:sz w:val="38"/>
          <w:lang w:val="da-DK"/>
        </w:rPr>
        <w:t xml:space="preserve">10 </w:t>
      </w:r>
      <w:proofErr w:type="spellStart"/>
      <w:r w:rsidRPr="00396689">
        <w:rPr>
          <w:b/>
          <w:color w:val="10467A"/>
          <w:sz w:val="38"/>
          <w:lang w:val="da-DK"/>
        </w:rPr>
        <w:t>goda</w:t>
      </w:r>
      <w:proofErr w:type="spellEnd"/>
      <w:r w:rsidRPr="00396689">
        <w:rPr>
          <w:b/>
          <w:color w:val="10467A"/>
          <w:sz w:val="38"/>
          <w:lang w:val="da-DK"/>
        </w:rPr>
        <w:t xml:space="preserve"> råd </w:t>
      </w:r>
      <w:proofErr w:type="spellStart"/>
      <w:r w:rsidRPr="00396689">
        <w:rPr>
          <w:b/>
          <w:color w:val="10467A"/>
          <w:sz w:val="38"/>
          <w:lang w:val="da-DK"/>
        </w:rPr>
        <w:t>för</w:t>
      </w:r>
      <w:proofErr w:type="spellEnd"/>
      <w:r w:rsidRPr="00396689">
        <w:rPr>
          <w:b/>
          <w:color w:val="10467A"/>
          <w:sz w:val="38"/>
          <w:lang w:val="da-DK"/>
        </w:rPr>
        <w:t xml:space="preserve"> optimal CGM-</w:t>
      </w:r>
      <w:proofErr w:type="spellStart"/>
      <w:r w:rsidRPr="00396689">
        <w:rPr>
          <w:b/>
          <w:color w:val="10467A"/>
          <w:sz w:val="38"/>
          <w:lang w:val="da-DK"/>
        </w:rPr>
        <w:t>övervakning</w:t>
      </w:r>
      <w:proofErr w:type="spellEnd"/>
    </w:p>
    <w:p w14:paraId="735A5098" w14:textId="77777777" w:rsidR="00517DEC" w:rsidRPr="00396689" w:rsidRDefault="00000000">
      <w:pPr>
        <w:spacing w:after="60"/>
        <w:rPr>
          <w:lang w:val="da-DK"/>
        </w:rPr>
      </w:pPr>
      <w:proofErr w:type="gramStart"/>
      <w:r w:rsidRPr="00396689">
        <w:rPr>
          <w:b/>
          <w:color w:val="10467A"/>
          <w:sz w:val="20"/>
          <w:lang w:val="da-DK"/>
        </w:rPr>
        <w:t xml:space="preserve">01  </w:t>
      </w:r>
      <w:proofErr w:type="spellStart"/>
      <w:r w:rsidRPr="00396689">
        <w:rPr>
          <w:b/>
          <w:color w:val="10467A"/>
          <w:sz w:val="20"/>
          <w:lang w:val="da-DK"/>
        </w:rPr>
        <w:t>Läs</w:t>
      </w:r>
      <w:proofErr w:type="spellEnd"/>
      <w:proofErr w:type="gramEnd"/>
      <w:r w:rsidRPr="00396689">
        <w:rPr>
          <w:b/>
          <w:color w:val="10467A"/>
          <w:sz w:val="20"/>
          <w:lang w:val="da-DK"/>
        </w:rPr>
        <w:t xml:space="preserve"> manualen </w:t>
      </w:r>
      <w:proofErr w:type="spellStart"/>
      <w:r w:rsidRPr="00396689">
        <w:rPr>
          <w:b/>
          <w:color w:val="10467A"/>
          <w:sz w:val="20"/>
          <w:lang w:val="da-DK"/>
        </w:rPr>
        <w:t>och</w:t>
      </w:r>
      <w:proofErr w:type="spellEnd"/>
      <w:r w:rsidRPr="00396689">
        <w:rPr>
          <w:b/>
          <w:color w:val="10467A"/>
          <w:sz w:val="20"/>
          <w:lang w:val="da-DK"/>
        </w:rPr>
        <w:t xml:space="preserve"> </w:t>
      </w:r>
      <w:proofErr w:type="spellStart"/>
      <w:r w:rsidRPr="00396689">
        <w:rPr>
          <w:b/>
          <w:color w:val="10467A"/>
          <w:sz w:val="20"/>
          <w:lang w:val="da-DK"/>
        </w:rPr>
        <w:t>stäm</w:t>
      </w:r>
      <w:proofErr w:type="spellEnd"/>
      <w:r w:rsidRPr="00396689">
        <w:rPr>
          <w:b/>
          <w:color w:val="10467A"/>
          <w:sz w:val="20"/>
          <w:lang w:val="da-DK"/>
        </w:rPr>
        <w:t xml:space="preserve"> av </w:t>
      </w:r>
      <w:proofErr w:type="spellStart"/>
      <w:r w:rsidRPr="00396689">
        <w:rPr>
          <w:b/>
          <w:color w:val="10467A"/>
          <w:sz w:val="20"/>
          <w:lang w:val="da-DK"/>
        </w:rPr>
        <w:t>förväntningarna</w:t>
      </w:r>
      <w:proofErr w:type="spellEnd"/>
    </w:p>
    <w:p w14:paraId="6AD2BC5F" w14:textId="77777777" w:rsidR="00517DEC" w:rsidRPr="00396689" w:rsidRDefault="00000000">
      <w:pPr>
        <w:spacing w:after="160"/>
        <w:ind w:left="533"/>
        <w:rPr>
          <w:lang w:val="da-DK"/>
        </w:rPr>
      </w:pPr>
      <w:proofErr w:type="spellStart"/>
      <w:r w:rsidRPr="00396689">
        <w:rPr>
          <w:lang w:val="da-DK"/>
        </w:rPr>
        <w:t>Läs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bruksanvisningen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noggrant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stäm</w:t>
      </w:r>
      <w:proofErr w:type="spellEnd"/>
      <w:r w:rsidRPr="00396689">
        <w:rPr>
          <w:lang w:val="da-DK"/>
        </w:rPr>
        <w:t xml:space="preserve"> av </w:t>
      </w:r>
      <w:proofErr w:type="spellStart"/>
      <w:r w:rsidRPr="00396689">
        <w:rPr>
          <w:lang w:val="da-DK"/>
        </w:rPr>
        <w:t>förväntningarna</w:t>
      </w:r>
      <w:proofErr w:type="spellEnd"/>
      <w:r w:rsidRPr="00396689">
        <w:rPr>
          <w:lang w:val="da-DK"/>
        </w:rPr>
        <w:t xml:space="preserve"> med </w:t>
      </w:r>
      <w:proofErr w:type="spellStart"/>
      <w:r w:rsidRPr="00396689">
        <w:rPr>
          <w:lang w:val="da-DK"/>
        </w:rPr>
        <w:t>djurägaren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inför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övervakningsperioden</w:t>
      </w:r>
      <w:proofErr w:type="spellEnd"/>
      <w:r w:rsidRPr="00396689">
        <w:rPr>
          <w:lang w:val="da-DK"/>
        </w:rPr>
        <w:t>.</w:t>
      </w:r>
    </w:p>
    <w:p w14:paraId="31916ABE" w14:textId="77777777" w:rsidR="00517DEC" w:rsidRPr="00396689" w:rsidRDefault="00000000">
      <w:pPr>
        <w:spacing w:after="60"/>
        <w:rPr>
          <w:lang w:val="da-DK"/>
        </w:rPr>
      </w:pPr>
      <w:proofErr w:type="gramStart"/>
      <w:r w:rsidRPr="00396689">
        <w:rPr>
          <w:b/>
          <w:color w:val="10467A"/>
          <w:sz w:val="20"/>
          <w:lang w:val="da-DK"/>
        </w:rPr>
        <w:t xml:space="preserve">02  </w:t>
      </w:r>
      <w:proofErr w:type="spellStart"/>
      <w:r w:rsidRPr="00396689">
        <w:rPr>
          <w:b/>
          <w:color w:val="10467A"/>
          <w:sz w:val="20"/>
          <w:lang w:val="da-DK"/>
        </w:rPr>
        <w:t>Kontakta</w:t>
      </w:r>
      <w:proofErr w:type="spellEnd"/>
      <w:proofErr w:type="gramEnd"/>
      <w:r w:rsidRPr="00396689">
        <w:rPr>
          <w:b/>
          <w:color w:val="10467A"/>
          <w:sz w:val="20"/>
          <w:lang w:val="da-DK"/>
        </w:rPr>
        <w:t xml:space="preserve"> Lifetest vid </w:t>
      </w:r>
      <w:proofErr w:type="spellStart"/>
      <w:r w:rsidRPr="00396689">
        <w:rPr>
          <w:b/>
          <w:color w:val="10467A"/>
          <w:sz w:val="20"/>
          <w:lang w:val="da-DK"/>
        </w:rPr>
        <w:t>första</w:t>
      </w:r>
      <w:proofErr w:type="spellEnd"/>
      <w:r w:rsidRPr="00396689">
        <w:rPr>
          <w:b/>
          <w:color w:val="10467A"/>
          <w:sz w:val="20"/>
          <w:lang w:val="da-DK"/>
        </w:rPr>
        <w:t xml:space="preserve"> </w:t>
      </w:r>
      <w:proofErr w:type="spellStart"/>
      <w:r w:rsidRPr="00396689">
        <w:rPr>
          <w:b/>
          <w:color w:val="10467A"/>
          <w:sz w:val="20"/>
          <w:lang w:val="da-DK"/>
        </w:rPr>
        <w:t>användningen</w:t>
      </w:r>
      <w:proofErr w:type="spellEnd"/>
    </w:p>
    <w:p w14:paraId="32B8D9F5" w14:textId="77777777" w:rsidR="00517DEC" w:rsidRPr="00396689" w:rsidRDefault="00000000">
      <w:pPr>
        <w:spacing w:after="160"/>
        <w:ind w:left="533"/>
        <w:rPr>
          <w:lang w:val="da-DK"/>
        </w:rPr>
      </w:pPr>
      <w:proofErr w:type="spellStart"/>
      <w:r w:rsidRPr="00396689">
        <w:rPr>
          <w:lang w:val="da-DK"/>
        </w:rPr>
        <w:t>Kontakta</w:t>
      </w:r>
      <w:proofErr w:type="spellEnd"/>
      <w:r w:rsidRPr="00396689">
        <w:rPr>
          <w:lang w:val="da-DK"/>
        </w:rPr>
        <w:t xml:space="preserve"> oss </w:t>
      </w:r>
      <w:proofErr w:type="spellStart"/>
      <w:r w:rsidRPr="00396689">
        <w:rPr>
          <w:lang w:val="da-DK"/>
        </w:rPr>
        <w:t>före</w:t>
      </w:r>
      <w:proofErr w:type="spellEnd"/>
      <w:r w:rsidRPr="00396689">
        <w:rPr>
          <w:lang w:val="da-DK"/>
        </w:rPr>
        <w:t xml:space="preserve"> start </w:t>
      </w:r>
      <w:proofErr w:type="spellStart"/>
      <w:r w:rsidRPr="00396689">
        <w:rPr>
          <w:lang w:val="da-DK"/>
        </w:rPr>
        <w:t>för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hjälp</w:t>
      </w:r>
      <w:proofErr w:type="spellEnd"/>
      <w:r w:rsidRPr="00396689">
        <w:rPr>
          <w:lang w:val="da-DK"/>
        </w:rPr>
        <w:t xml:space="preserve"> med korrekt installation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bästa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möjliga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förutsättningar</w:t>
      </w:r>
      <w:proofErr w:type="spellEnd"/>
      <w:r w:rsidRPr="00396689">
        <w:rPr>
          <w:lang w:val="da-DK"/>
        </w:rPr>
        <w:t>.</w:t>
      </w:r>
    </w:p>
    <w:p w14:paraId="788E6B29" w14:textId="77777777" w:rsidR="00517DEC" w:rsidRDefault="00000000">
      <w:pPr>
        <w:spacing w:after="60"/>
      </w:pPr>
      <w:proofErr w:type="gramStart"/>
      <w:r>
        <w:rPr>
          <w:b/>
          <w:color w:val="10467A"/>
          <w:sz w:val="20"/>
        </w:rPr>
        <w:t>03  Ladda</w:t>
      </w:r>
      <w:proofErr w:type="gramEnd"/>
      <w:r>
        <w:rPr>
          <w:b/>
          <w:color w:val="10467A"/>
          <w:sz w:val="20"/>
        </w:rPr>
        <w:t xml:space="preserve"> </w:t>
      </w:r>
      <w:proofErr w:type="spellStart"/>
      <w:r>
        <w:rPr>
          <w:b/>
          <w:color w:val="10467A"/>
          <w:sz w:val="20"/>
        </w:rPr>
        <w:t>ner</w:t>
      </w:r>
      <w:proofErr w:type="spellEnd"/>
      <w:r>
        <w:rPr>
          <w:b/>
          <w:color w:val="10467A"/>
          <w:sz w:val="20"/>
        </w:rPr>
        <w:t xml:space="preserve"> </w:t>
      </w:r>
      <w:proofErr w:type="spellStart"/>
      <w:r>
        <w:rPr>
          <w:b/>
          <w:color w:val="10467A"/>
          <w:sz w:val="20"/>
        </w:rPr>
        <w:t>apparna</w:t>
      </w:r>
      <w:proofErr w:type="spellEnd"/>
    </w:p>
    <w:p w14:paraId="0AB1F7F6" w14:textId="77777777" w:rsidR="00517DEC" w:rsidRPr="00396689" w:rsidRDefault="00000000">
      <w:pPr>
        <w:spacing w:after="160"/>
        <w:ind w:left="533"/>
        <w:rPr>
          <w:lang w:val="da-DK"/>
        </w:rPr>
      </w:pPr>
      <w:r>
        <w:t xml:space="preserve">Djurägare: Insight Vet CGM. Veterinär: Vet Connect. </w:t>
      </w:r>
      <w:proofErr w:type="spellStart"/>
      <w:r w:rsidRPr="00396689">
        <w:rPr>
          <w:lang w:val="da-DK"/>
        </w:rPr>
        <w:t>Båda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finns</w:t>
      </w:r>
      <w:proofErr w:type="spellEnd"/>
      <w:r w:rsidRPr="00396689">
        <w:rPr>
          <w:lang w:val="da-DK"/>
        </w:rPr>
        <w:t xml:space="preserve"> i App Store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Google Play.</w:t>
      </w:r>
    </w:p>
    <w:p w14:paraId="688259C7" w14:textId="77777777" w:rsidR="00517DEC" w:rsidRPr="00396689" w:rsidRDefault="00000000">
      <w:pPr>
        <w:spacing w:after="60"/>
        <w:rPr>
          <w:lang w:val="da-DK"/>
        </w:rPr>
      </w:pPr>
      <w:proofErr w:type="gramStart"/>
      <w:r w:rsidRPr="00396689">
        <w:rPr>
          <w:b/>
          <w:color w:val="10467A"/>
          <w:sz w:val="20"/>
          <w:lang w:val="da-DK"/>
        </w:rPr>
        <w:t xml:space="preserve">04  </w:t>
      </w:r>
      <w:proofErr w:type="spellStart"/>
      <w:r w:rsidRPr="00396689">
        <w:rPr>
          <w:b/>
          <w:color w:val="10467A"/>
          <w:sz w:val="20"/>
          <w:lang w:val="da-DK"/>
        </w:rPr>
        <w:t>Para</w:t>
      </w:r>
      <w:proofErr w:type="spellEnd"/>
      <w:proofErr w:type="gramEnd"/>
      <w:r w:rsidRPr="00396689">
        <w:rPr>
          <w:b/>
          <w:color w:val="10467A"/>
          <w:sz w:val="20"/>
          <w:lang w:val="da-DK"/>
        </w:rPr>
        <w:t xml:space="preserve"> </w:t>
      </w:r>
      <w:proofErr w:type="spellStart"/>
      <w:r w:rsidRPr="00396689">
        <w:rPr>
          <w:b/>
          <w:color w:val="10467A"/>
          <w:sz w:val="20"/>
          <w:lang w:val="da-DK"/>
        </w:rPr>
        <w:t>ihop</w:t>
      </w:r>
      <w:proofErr w:type="spellEnd"/>
      <w:r w:rsidRPr="00396689">
        <w:rPr>
          <w:b/>
          <w:color w:val="10467A"/>
          <w:sz w:val="20"/>
          <w:lang w:val="da-DK"/>
        </w:rPr>
        <w:t xml:space="preserve"> CGM med telefonen </w:t>
      </w:r>
      <w:proofErr w:type="spellStart"/>
      <w:r w:rsidRPr="00396689">
        <w:rPr>
          <w:b/>
          <w:color w:val="10467A"/>
          <w:sz w:val="20"/>
          <w:lang w:val="da-DK"/>
        </w:rPr>
        <w:t>före</w:t>
      </w:r>
      <w:proofErr w:type="spellEnd"/>
      <w:r w:rsidRPr="00396689">
        <w:rPr>
          <w:b/>
          <w:color w:val="10467A"/>
          <w:sz w:val="20"/>
          <w:lang w:val="da-DK"/>
        </w:rPr>
        <w:t xml:space="preserve"> applicering</w:t>
      </w:r>
    </w:p>
    <w:p w14:paraId="6BBB1715" w14:textId="77777777" w:rsidR="00517DEC" w:rsidRPr="00396689" w:rsidRDefault="00000000">
      <w:pPr>
        <w:spacing w:after="160"/>
        <w:ind w:left="533"/>
        <w:rPr>
          <w:lang w:val="da-DK"/>
        </w:rPr>
      </w:pPr>
      <w:proofErr w:type="spellStart"/>
      <w:r w:rsidRPr="00396689">
        <w:rPr>
          <w:lang w:val="da-DK"/>
        </w:rPr>
        <w:t>Anslut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sensorn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telefonen via Bluetooth </w:t>
      </w:r>
      <w:proofErr w:type="spellStart"/>
      <w:r w:rsidRPr="00396689">
        <w:rPr>
          <w:lang w:val="da-DK"/>
        </w:rPr>
        <w:t>före</w:t>
      </w:r>
      <w:proofErr w:type="spellEnd"/>
      <w:r w:rsidRPr="00396689">
        <w:rPr>
          <w:lang w:val="da-DK"/>
        </w:rPr>
        <w:t xml:space="preserve"> applicering (se punkt 3 i </w:t>
      </w:r>
      <w:proofErr w:type="spellStart"/>
      <w:r w:rsidRPr="00396689">
        <w:rPr>
          <w:lang w:val="da-DK"/>
        </w:rPr>
        <w:t>medföljande</w:t>
      </w:r>
      <w:proofErr w:type="spellEnd"/>
      <w:r w:rsidRPr="00396689">
        <w:rPr>
          <w:lang w:val="da-DK"/>
        </w:rPr>
        <w:t xml:space="preserve"> Quick Guide User). En </w:t>
      </w:r>
      <w:proofErr w:type="spellStart"/>
      <w:r w:rsidRPr="00396689">
        <w:rPr>
          <w:lang w:val="da-DK"/>
        </w:rPr>
        <w:t>ansluten</w:t>
      </w:r>
      <w:proofErr w:type="spellEnd"/>
      <w:r w:rsidRPr="00396689">
        <w:rPr>
          <w:lang w:val="da-DK"/>
        </w:rPr>
        <w:t xml:space="preserve"> sensor kan </w:t>
      </w:r>
      <w:proofErr w:type="spellStart"/>
      <w:r w:rsidRPr="00396689">
        <w:rPr>
          <w:lang w:val="da-DK"/>
        </w:rPr>
        <w:t>överföras</w:t>
      </w:r>
      <w:proofErr w:type="spellEnd"/>
      <w:r w:rsidRPr="00396689">
        <w:rPr>
          <w:lang w:val="da-DK"/>
        </w:rPr>
        <w:t xml:space="preserve"> till en </w:t>
      </w:r>
      <w:proofErr w:type="spellStart"/>
      <w:r w:rsidRPr="00396689">
        <w:rPr>
          <w:lang w:val="da-DK"/>
        </w:rPr>
        <w:t>annan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användare</w:t>
      </w:r>
      <w:proofErr w:type="spellEnd"/>
      <w:r w:rsidRPr="00396689">
        <w:rPr>
          <w:lang w:val="da-DK"/>
        </w:rPr>
        <w:t xml:space="preserve"> i appen. </w:t>
      </w:r>
      <w:proofErr w:type="spellStart"/>
      <w:r w:rsidRPr="00396689">
        <w:rPr>
          <w:lang w:val="da-DK"/>
        </w:rPr>
        <w:t>Veterinären</w:t>
      </w:r>
      <w:proofErr w:type="spellEnd"/>
      <w:r w:rsidRPr="00396689">
        <w:rPr>
          <w:lang w:val="da-DK"/>
        </w:rPr>
        <w:t xml:space="preserve"> kan </w:t>
      </w:r>
      <w:proofErr w:type="spellStart"/>
      <w:r w:rsidRPr="00396689">
        <w:rPr>
          <w:lang w:val="da-DK"/>
        </w:rPr>
        <w:t>därför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aktivera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sensorn</w:t>
      </w:r>
      <w:proofErr w:type="spellEnd"/>
      <w:r w:rsidRPr="00396689">
        <w:rPr>
          <w:lang w:val="da-DK"/>
        </w:rPr>
        <w:t xml:space="preserve"> med </w:t>
      </w:r>
      <w:proofErr w:type="spellStart"/>
      <w:r w:rsidRPr="00396689">
        <w:rPr>
          <w:lang w:val="da-DK"/>
        </w:rPr>
        <w:t>djurägarappen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sedan </w:t>
      </w:r>
      <w:proofErr w:type="spellStart"/>
      <w:r w:rsidRPr="00396689">
        <w:rPr>
          <w:lang w:val="da-DK"/>
        </w:rPr>
        <w:t>överföra</w:t>
      </w:r>
      <w:proofErr w:type="spellEnd"/>
      <w:r w:rsidRPr="00396689">
        <w:rPr>
          <w:lang w:val="da-DK"/>
        </w:rPr>
        <w:t xml:space="preserve"> den till </w:t>
      </w:r>
      <w:proofErr w:type="spellStart"/>
      <w:r w:rsidRPr="00396689">
        <w:rPr>
          <w:lang w:val="da-DK"/>
        </w:rPr>
        <w:t>djurägarens</w:t>
      </w:r>
      <w:proofErr w:type="spellEnd"/>
      <w:r w:rsidRPr="00396689">
        <w:rPr>
          <w:lang w:val="da-DK"/>
        </w:rPr>
        <w:t xml:space="preserve"> telefon.</w:t>
      </w:r>
    </w:p>
    <w:p w14:paraId="03718123" w14:textId="77777777" w:rsidR="00517DEC" w:rsidRPr="00396689" w:rsidRDefault="00000000">
      <w:pPr>
        <w:spacing w:after="60"/>
        <w:rPr>
          <w:lang w:val="da-DK"/>
        </w:rPr>
      </w:pPr>
      <w:proofErr w:type="gramStart"/>
      <w:r w:rsidRPr="00396689">
        <w:rPr>
          <w:b/>
          <w:color w:val="10467A"/>
          <w:sz w:val="20"/>
          <w:lang w:val="da-DK"/>
        </w:rPr>
        <w:t xml:space="preserve">05  </w:t>
      </w:r>
      <w:proofErr w:type="spellStart"/>
      <w:r w:rsidRPr="00396689">
        <w:rPr>
          <w:b/>
          <w:color w:val="10467A"/>
          <w:sz w:val="20"/>
          <w:lang w:val="da-DK"/>
        </w:rPr>
        <w:t>Välj</w:t>
      </w:r>
      <w:proofErr w:type="spellEnd"/>
      <w:proofErr w:type="gramEnd"/>
      <w:r w:rsidRPr="00396689">
        <w:rPr>
          <w:b/>
          <w:color w:val="10467A"/>
          <w:sz w:val="20"/>
          <w:lang w:val="da-DK"/>
        </w:rPr>
        <w:t xml:space="preserve"> placering </w:t>
      </w:r>
      <w:proofErr w:type="spellStart"/>
      <w:r w:rsidRPr="00396689">
        <w:rPr>
          <w:b/>
          <w:color w:val="10467A"/>
          <w:sz w:val="20"/>
          <w:lang w:val="da-DK"/>
        </w:rPr>
        <w:t>individuellt</w:t>
      </w:r>
      <w:proofErr w:type="spellEnd"/>
    </w:p>
    <w:p w14:paraId="3473BC9C" w14:textId="77777777" w:rsidR="00517DEC" w:rsidRPr="00396689" w:rsidRDefault="00000000">
      <w:pPr>
        <w:spacing w:after="160"/>
        <w:ind w:left="533"/>
        <w:rPr>
          <w:lang w:val="da-DK"/>
        </w:rPr>
      </w:pPr>
      <w:r w:rsidRPr="00396689">
        <w:rPr>
          <w:lang w:val="da-DK"/>
        </w:rPr>
        <w:t xml:space="preserve">Ta </w:t>
      </w:r>
      <w:proofErr w:type="spellStart"/>
      <w:r w:rsidRPr="00396689">
        <w:rPr>
          <w:lang w:val="da-DK"/>
        </w:rPr>
        <w:t>hänsyn</w:t>
      </w:r>
      <w:proofErr w:type="spellEnd"/>
      <w:r w:rsidRPr="00396689">
        <w:rPr>
          <w:lang w:val="da-DK"/>
        </w:rPr>
        <w:t xml:space="preserve"> till </w:t>
      </w:r>
      <w:proofErr w:type="spellStart"/>
      <w:r w:rsidRPr="00396689">
        <w:rPr>
          <w:lang w:val="da-DK"/>
        </w:rPr>
        <w:t>djurets</w:t>
      </w:r>
      <w:proofErr w:type="spellEnd"/>
      <w:r w:rsidRPr="00396689">
        <w:rPr>
          <w:lang w:val="da-DK"/>
        </w:rPr>
        <w:t xml:space="preserve"> anatomi, </w:t>
      </w:r>
      <w:proofErr w:type="spellStart"/>
      <w:r w:rsidRPr="00396689">
        <w:rPr>
          <w:lang w:val="da-DK"/>
        </w:rPr>
        <w:t>aktivitetsnivå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beteende</w:t>
      </w:r>
      <w:proofErr w:type="spellEnd"/>
      <w:r w:rsidRPr="00396689">
        <w:rPr>
          <w:lang w:val="da-DK"/>
        </w:rPr>
        <w:t>.</w:t>
      </w:r>
    </w:p>
    <w:p w14:paraId="57177C8B" w14:textId="77777777" w:rsidR="00517DEC" w:rsidRPr="00396689" w:rsidRDefault="00000000">
      <w:pPr>
        <w:spacing w:after="60"/>
        <w:rPr>
          <w:lang w:val="da-DK"/>
        </w:rPr>
      </w:pPr>
      <w:proofErr w:type="gramStart"/>
      <w:r w:rsidRPr="00396689">
        <w:rPr>
          <w:b/>
          <w:color w:val="10467A"/>
          <w:sz w:val="20"/>
          <w:lang w:val="da-DK"/>
        </w:rPr>
        <w:t xml:space="preserve">06  </w:t>
      </w:r>
      <w:proofErr w:type="spellStart"/>
      <w:r w:rsidRPr="00396689">
        <w:rPr>
          <w:b/>
          <w:color w:val="10467A"/>
          <w:sz w:val="20"/>
          <w:lang w:val="da-DK"/>
        </w:rPr>
        <w:t>Klipp</w:t>
      </w:r>
      <w:proofErr w:type="spellEnd"/>
      <w:proofErr w:type="gramEnd"/>
      <w:r w:rsidRPr="00396689">
        <w:rPr>
          <w:b/>
          <w:color w:val="10467A"/>
          <w:sz w:val="20"/>
          <w:lang w:val="da-DK"/>
        </w:rPr>
        <w:t xml:space="preserve"> </w:t>
      </w:r>
      <w:proofErr w:type="spellStart"/>
      <w:r w:rsidRPr="00396689">
        <w:rPr>
          <w:b/>
          <w:color w:val="10467A"/>
          <w:sz w:val="20"/>
          <w:lang w:val="da-DK"/>
        </w:rPr>
        <w:t>pälsen</w:t>
      </w:r>
      <w:proofErr w:type="spellEnd"/>
      <w:r w:rsidRPr="00396689">
        <w:rPr>
          <w:b/>
          <w:color w:val="10467A"/>
          <w:sz w:val="20"/>
          <w:lang w:val="da-DK"/>
        </w:rPr>
        <w:t xml:space="preserve"> </w:t>
      </w:r>
      <w:proofErr w:type="spellStart"/>
      <w:r w:rsidRPr="00396689">
        <w:rPr>
          <w:b/>
          <w:color w:val="10467A"/>
          <w:sz w:val="20"/>
          <w:lang w:val="da-DK"/>
        </w:rPr>
        <w:t>och</w:t>
      </w:r>
      <w:proofErr w:type="spellEnd"/>
      <w:r w:rsidRPr="00396689">
        <w:rPr>
          <w:b/>
          <w:color w:val="10467A"/>
          <w:sz w:val="20"/>
          <w:lang w:val="da-DK"/>
        </w:rPr>
        <w:t xml:space="preserve"> </w:t>
      </w:r>
      <w:proofErr w:type="spellStart"/>
      <w:r w:rsidRPr="00396689">
        <w:rPr>
          <w:b/>
          <w:color w:val="10467A"/>
          <w:sz w:val="20"/>
          <w:lang w:val="da-DK"/>
        </w:rPr>
        <w:t>använd</w:t>
      </w:r>
      <w:proofErr w:type="spellEnd"/>
      <w:r w:rsidRPr="00396689">
        <w:rPr>
          <w:b/>
          <w:color w:val="10467A"/>
          <w:sz w:val="20"/>
          <w:lang w:val="da-DK"/>
        </w:rPr>
        <w:t xml:space="preserve"> </w:t>
      </w:r>
      <w:proofErr w:type="spellStart"/>
      <w:r w:rsidRPr="00396689">
        <w:rPr>
          <w:b/>
          <w:color w:val="10467A"/>
          <w:sz w:val="20"/>
          <w:lang w:val="da-DK"/>
        </w:rPr>
        <w:t>vävnadslim</w:t>
      </w:r>
      <w:proofErr w:type="spellEnd"/>
    </w:p>
    <w:p w14:paraId="3B11D276" w14:textId="77777777" w:rsidR="00517DEC" w:rsidRPr="00396689" w:rsidRDefault="00000000">
      <w:pPr>
        <w:spacing w:after="160"/>
        <w:ind w:left="533"/>
        <w:rPr>
          <w:lang w:val="da-DK"/>
        </w:rPr>
      </w:pPr>
      <w:proofErr w:type="spellStart"/>
      <w:r w:rsidRPr="00396689">
        <w:rPr>
          <w:lang w:val="da-DK"/>
        </w:rPr>
        <w:t>Klipp</w:t>
      </w:r>
      <w:proofErr w:type="spellEnd"/>
      <w:r w:rsidRPr="00396689">
        <w:rPr>
          <w:lang w:val="da-DK"/>
        </w:rPr>
        <w:t xml:space="preserve"> området </w:t>
      </w:r>
      <w:proofErr w:type="spellStart"/>
      <w:r w:rsidRPr="00396689">
        <w:rPr>
          <w:lang w:val="da-DK"/>
        </w:rPr>
        <w:t>noggrant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använd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vävnadslim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för</w:t>
      </w:r>
      <w:proofErr w:type="spellEnd"/>
      <w:r w:rsidRPr="00396689">
        <w:rPr>
          <w:lang w:val="da-DK"/>
        </w:rPr>
        <w:t xml:space="preserve"> optimal </w:t>
      </w:r>
      <w:proofErr w:type="spellStart"/>
      <w:r w:rsidRPr="00396689">
        <w:rPr>
          <w:lang w:val="da-DK"/>
        </w:rPr>
        <w:t>vidhäftning</w:t>
      </w:r>
      <w:proofErr w:type="spellEnd"/>
      <w:r w:rsidRPr="00396689">
        <w:rPr>
          <w:lang w:val="da-DK"/>
        </w:rPr>
        <w:t>.</w:t>
      </w:r>
    </w:p>
    <w:p w14:paraId="35C3DD46" w14:textId="77777777" w:rsidR="00517DEC" w:rsidRPr="00396689" w:rsidRDefault="00000000">
      <w:pPr>
        <w:spacing w:after="60"/>
        <w:rPr>
          <w:lang w:val="da-DK"/>
        </w:rPr>
      </w:pPr>
      <w:proofErr w:type="gramStart"/>
      <w:r w:rsidRPr="00396689">
        <w:rPr>
          <w:b/>
          <w:color w:val="10467A"/>
          <w:sz w:val="20"/>
          <w:lang w:val="da-DK"/>
        </w:rPr>
        <w:t xml:space="preserve">07  </w:t>
      </w:r>
      <w:proofErr w:type="spellStart"/>
      <w:r w:rsidRPr="00396689">
        <w:rPr>
          <w:b/>
          <w:color w:val="10467A"/>
          <w:sz w:val="20"/>
          <w:lang w:val="da-DK"/>
        </w:rPr>
        <w:t>Skydda</w:t>
      </w:r>
      <w:proofErr w:type="spellEnd"/>
      <w:proofErr w:type="gramEnd"/>
      <w:r w:rsidRPr="00396689">
        <w:rPr>
          <w:b/>
          <w:color w:val="10467A"/>
          <w:sz w:val="20"/>
          <w:lang w:val="da-DK"/>
        </w:rPr>
        <w:t xml:space="preserve"> </w:t>
      </w:r>
      <w:proofErr w:type="spellStart"/>
      <w:r w:rsidRPr="00396689">
        <w:rPr>
          <w:b/>
          <w:color w:val="10467A"/>
          <w:sz w:val="20"/>
          <w:lang w:val="da-DK"/>
        </w:rPr>
        <w:t>sensorn</w:t>
      </w:r>
      <w:proofErr w:type="spellEnd"/>
      <w:r w:rsidRPr="00396689">
        <w:rPr>
          <w:b/>
          <w:color w:val="10467A"/>
          <w:sz w:val="20"/>
          <w:lang w:val="da-DK"/>
        </w:rPr>
        <w:t xml:space="preserve"> med </w:t>
      </w:r>
      <w:proofErr w:type="spellStart"/>
      <w:r w:rsidRPr="00396689">
        <w:rPr>
          <w:b/>
          <w:color w:val="10467A"/>
          <w:sz w:val="20"/>
          <w:lang w:val="da-DK"/>
        </w:rPr>
        <w:t>Copper</w:t>
      </w:r>
      <w:proofErr w:type="spellEnd"/>
      <w:r w:rsidRPr="00396689">
        <w:rPr>
          <w:b/>
          <w:color w:val="10467A"/>
          <w:sz w:val="20"/>
          <w:lang w:val="da-DK"/>
        </w:rPr>
        <w:t xml:space="preserve"> Body</w:t>
      </w:r>
    </w:p>
    <w:p w14:paraId="360C8931" w14:textId="77777777" w:rsidR="00517DEC" w:rsidRPr="00396689" w:rsidRDefault="00000000">
      <w:pPr>
        <w:spacing w:after="160"/>
        <w:ind w:left="533"/>
        <w:rPr>
          <w:lang w:val="da-DK"/>
        </w:rPr>
      </w:pPr>
      <w:r w:rsidRPr="00396689">
        <w:rPr>
          <w:lang w:val="da-DK"/>
        </w:rPr>
        <w:t xml:space="preserve">En body kan </w:t>
      </w:r>
      <w:proofErr w:type="spellStart"/>
      <w:r w:rsidRPr="00396689">
        <w:rPr>
          <w:lang w:val="da-DK"/>
        </w:rPr>
        <w:t>förlänga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bärtiden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minska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risken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för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att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sensorn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lossnar</w:t>
      </w:r>
      <w:proofErr w:type="spellEnd"/>
      <w:r w:rsidRPr="00396689">
        <w:rPr>
          <w:lang w:val="da-DK"/>
        </w:rPr>
        <w:t xml:space="preserve">. </w:t>
      </w:r>
      <w:proofErr w:type="spellStart"/>
      <w:r w:rsidRPr="00396689">
        <w:rPr>
          <w:lang w:val="da-DK"/>
        </w:rPr>
        <w:t>Copper</w:t>
      </w:r>
      <w:proofErr w:type="spellEnd"/>
      <w:r w:rsidRPr="00396689">
        <w:rPr>
          <w:lang w:val="da-DK"/>
        </w:rPr>
        <w:t xml:space="preserve"> Body </w:t>
      </w:r>
      <w:proofErr w:type="spellStart"/>
      <w:r w:rsidRPr="00396689">
        <w:rPr>
          <w:lang w:val="da-DK"/>
        </w:rPr>
        <w:t>finns</w:t>
      </w:r>
      <w:proofErr w:type="spellEnd"/>
      <w:r w:rsidRPr="00396689">
        <w:rPr>
          <w:lang w:val="da-DK"/>
        </w:rPr>
        <w:t xml:space="preserve"> på Lifetest.dk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ger 7 </w:t>
      </w:r>
      <w:proofErr w:type="spellStart"/>
      <w:r w:rsidRPr="00396689">
        <w:rPr>
          <w:lang w:val="da-DK"/>
        </w:rPr>
        <w:t>dagars</w:t>
      </w:r>
      <w:proofErr w:type="spellEnd"/>
      <w:r w:rsidRPr="00396689">
        <w:rPr>
          <w:lang w:val="da-DK"/>
        </w:rPr>
        <w:t xml:space="preserve"> sensorgaranti.</w:t>
      </w:r>
    </w:p>
    <w:p w14:paraId="19F7F093" w14:textId="77777777" w:rsidR="00517DEC" w:rsidRPr="00396689" w:rsidRDefault="00000000">
      <w:pPr>
        <w:spacing w:after="60"/>
        <w:rPr>
          <w:lang w:val="da-DK"/>
        </w:rPr>
      </w:pPr>
      <w:proofErr w:type="gramStart"/>
      <w:r w:rsidRPr="00396689">
        <w:rPr>
          <w:b/>
          <w:color w:val="10467A"/>
          <w:sz w:val="20"/>
          <w:lang w:val="da-DK"/>
        </w:rPr>
        <w:t xml:space="preserve">08  </w:t>
      </w:r>
      <w:proofErr w:type="spellStart"/>
      <w:r w:rsidRPr="00396689">
        <w:rPr>
          <w:b/>
          <w:color w:val="10467A"/>
          <w:sz w:val="20"/>
          <w:lang w:val="da-DK"/>
        </w:rPr>
        <w:t>Registrera</w:t>
      </w:r>
      <w:proofErr w:type="spellEnd"/>
      <w:proofErr w:type="gramEnd"/>
      <w:r w:rsidRPr="00396689">
        <w:rPr>
          <w:b/>
          <w:color w:val="10467A"/>
          <w:sz w:val="20"/>
          <w:lang w:val="da-DK"/>
        </w:rPr>
        <w:t xml:space="preserve"> </w:t>
      </w:r>
      <w:proofErr w:type="spellStart"/>
      <w:r w:rsidRPr="00396689">
        <w:rPr>
          <w:b/>
          <w:color w:val="10467A"/>
          <w:sz w:val="20"/>
          <w:lang w:val="da-DK"/>
        </w:rPr>
        <w:t>händelser</w:t>
      </w:r>
      <w:proofErr w:type="spellEnd"/>
      <w:r w:rsidRPr="00396689">
        <w:rPr>
          <w:b/>
          <w:color w:val="10467A"/>
          <w:sz w:val="20"/>
          <w:lang w:val="da-DK"/>
        </w:rPr>
        <w:t xml:space="preserve"> (Events)</w:t>
      </w:r>
    </w:p>
    <w:p w14:paraId="57D4EDB9" w14:textId="77777777" w:rsidR="00517DEC" w:rsidRPr="00396689" w:rsidRDefault="00000000">
      <w:pPr>
        <w:spacing w:after="160"/>
        <w:ind w:left="533"/>
        <w:rPr>
          <w:lang w:val="da-DK"/>
        </w:rPr>
      </w:pPr>
      <w:proofErr w:type="spellStart"/>
      <w:r w:rsidRPr="00396689">
        <w:rPr>
          <w:lang w:val="da-DK"/>
        </w:rPr>
        <w:t>Djurägaren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bör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registrera</w:t>
      </w:r>
      <w:proofErr w:type="spellEnd"/>
      <w:r w:rsidRPr="00396689">
        <w:rPr>
          <w:lang w:val="da-DK"/>
        </w:rPr>
        <w:t xml:space="preserve"> insulin, </w:t>
      </w:r>
      <w:proofErr w:type="spellStart"/>
      <w:r w:rsidRPr="00396689">
        <w:rPr>
          <w:lang w:val="da-DK"/>
        </w:rPr>
        <w:t>utfodring</w:t>
      </w:r>
      <w:proofErr w:type="spellEnd"/>
      <w:r w:rsidRPr="00396689">
        <w:rPr>
          <w:lang w:val="da-DK"/>
        </w:rPr>
        <w:t xml:space="preserve">, motion </w:t>
      </w:r>
      <w:proofErr w:type="spellStart"/>
      <w:r w:rsidRPr="00396689">
        <w:rPr>
          <w:lang w:val="da-DK"/>
        </w:rPr>
        <w:t>och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andra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relevanta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händelser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för</w:t>
      </w:r>
      <w:proofErr w:type="spellEnd"/>
      <w:r w:rsidRPr="00396689">
        <w:rPr>
          <w:lang w:val="da-DK"/>
        </w:rPr>
        <w:t xml:space="preserve"> korrekt tolkning av data.</w:t>
      </w:r>
    </w:p>
    <w:p w14:paraId="1EB0C680" w14:textId="77777777" w:rsidR="00517DEC" w:rsidRPr="00396689" w:rsidRDefault="00000000">
      <w:pPr>
        <w:spacing w:after="60"/>
        <w:rPr>
          <w:lang w:val="da-DK"/>
        </w:rPr>
      </w:pPr>
      <w:proofErr w:type="gramStart"/>
      <w:r w:rsidRPr="00396689">
        <w:rPr>
          <w:b/>
          <w:color w:val="10467A"/>
          <w:sz w:val="20"/>
          <w:lang w:val="da-DK"/>
        </w:rPr>
        <w:t xml:space="preserve">09  </w:t>
      </w:r>
      <w:proofErr w:type="spellStart"/>
      <w:r w:rsidRPr="00396689">
        <w:rPr>
          <w:b/>
          <w:color w:val="10467A"/>
          <w:sz w:val="20"/>
          <w:lang w:val="da-DK"/>
        </w:rPr>
        <w:t>Bekräfta</w:t>
      </w:r>
      <w:proofErr w:type="spellEnd"/>
      <w:proofErr w:type="gramEnd"/>
      <w:r w:rsidRPr="00396689">
        <w:rPr>
          <w:b/>
          <w:color w:val="10467A"/>
          <w:sz w:val="20"/>
          <w:lang w:val="da-DK"/>
        </w:rPr>
        <w:t xml:space="preserve"> med </w:t>
      </w:r>
      <w:proofErr w:type="spellStart"/>
      <w:r w:rsidRPr="00396689">
        <w:rPr>
          <w:b/>
          <w:color w:val="10467A"/>
          <w:sz w:val="20"/>
          <w:lang w:val="da-DK"/>
        </w:rPr>
        <w:t>blodglukos</w:t>
      </w:r>
      <w:proofErr w:type="spellEnd"/>
      <w:r w:rsidRPr="00396689">
        <w:rPr>
          <w:b/>
          <w:color w:val="10467A"/>
          <w:sz w:val="20"/>
          <w:lang w:val="da-DK"/>
        </w:rPr>
        <w:t xml:space="preserve"> vid insulinjustering</w:t>
      </w:r>
    </w:p>
    <w:p w14:paraId="7EBBCC60" w14:textId="77777777" w:rsidR="00517DEC" w:rsidRPr="00396689" w:rsidRDefault="00000000">
      <w:pPr>
        <w:spacing w:after="160"/>
        <w:ind w:left="533"/>
        <w:rPr>
          <w:lang w:val="da-DK"/>
        </w:rPr>
      </w:pPr>
      <w:r w:rsidRPr="00396689">
        <w:rPr>
          <w:lang w:val="da-DK"/>
        </w:rPr>
        <w:t xml:space="preserve">Vid justering av insulindosen </w:t>
      </w:r>
      <w:proofErr w:type="spellStart"/>
      <w:r w:rsidRPr="00396689">
        <w:rPr>
          <w:lang w:val="da-DK"/>
        </w:rPr>
        <w:t>bör</w:t>
      </w:r>
      <w:proofErr w:type="spellEnd"/>
      <w:r w:rsidRPr="00396689">
        <w:rPr>
          <w:lang w:val="da-DK"/>
        </w:rPr>
        <w:t xml:space="preserve"> CGM-</w:t>
      </w:r>
      <w:proofErr w:type="spellStart"/>
      <w:r w:rsidRPr="00396689">
        <w:rPr>
          <w:lang w:val="da-DK"/>
        </w:rPr>
        <w:t>mätningar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alltid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bekräftas</w:t>
      </w:r>
      <w:proofErr w:type="spellEnd"/>
      <w:r w:rsidRPr="00396689">
        <w:rPr>
          <w:lang w:val="da-DK"/>
        </w:rPr>
        <w:t xml:space="preserve"> med en </w:t>
      </w:r>
      <w:proofErr w:type="spellStart"/>
      <w:r w:rsidRPr="00396689">
        <w:rPr>
          <w:lang w:val="da-DK"/>
        </w:rPr>
        <w:t>blodglukosmätning</w:t>
      </w:r>
      <w:proofErr w:type="spellEnd"/>
      <w:r w:rsidRPr="00396689">
        <w:rPr>
          <w:lang w:val="da-DK"/>
        </w:rPr>
        <w:t>.</w:t>
      </w:r>
    </w:p>
    <w:p w14:paraId="059C81B4" w14:textId="77777777" w:rsidR="00517DEC" w:rsidRPr="00396689" w:rsidRDefault="00000000">
      <w:pPr>
        <w:spacing w:after="60"/>
        <w:rPr>
          <w:lang w:val="da-DK"/>
        </w:rPr>
      </w:pPr>
      <w:proofErr w:type="gramStart"/>
      <w:r w:rsidRPr="00396689">
        <w:rPr>
          <w:b/>
          <w:color w:val="10467A"/>
          <w:sz w:val="20"/>
          <w:lang w:val="da-DK"/>
        </w:rPr>
        <w:t>10  Fem</w:t>
      </w:r>
      <w:proofErr w:type="gramEnd"/>
      <w:r w:rsidRPr="00396689">
        <w:rPr>
          <w:b/>
          <w:color w:val="10467A"/>
          <w:sz w:val="20"/>
          <w:lang w:val="da-DK"/>
        </w:rPr>
        <w:t xml:space="preserve"> </w:t>
      </w:r>
      <w:proofErr w:type="spellStart"/>
      <w:r w:rsidRPr="00396689">
        <w:rPr>
          <w:b/>
          <w:color w:val="10467A"/>
          <w:sz w:val="20"/>
          <w:lang w:val="da-DK"/>
        </w:rPr>
        <w:t>dagar</w:t>
      </w:r>
      <w:proofErr w:type="spellEnd"/>
      <w:r w:rsidRPr="00396689">
        <w:rPr>
          <w:b/>
          <w:color w:val="10467A"/>
          <w:sz w:val="20"/>
          <w:lang w:val="da-DK"/>
        </w:rPr>
        <w:t xml:space="preserve"> </w:t>
      </w:r>
      <w:proofErr w:type="spellStart"/>
      <w:r w:rsidRPr="00396689">
        <w:rPr>
          <w:b/>
          <w:color w:val="10467A"/>
          <w:sz w:val="20"/>
          <w:lang w:val="da-DK"/>
        </w:rPr>
        <w:t>är</w:t>
      </w:r>
      <w:proofErr w:type="spellEnd"/>
      <w:r w:rsidRPr="00396689">
        <w:rPr>
          <w:b/>
          <w:color w:val="10467A"/>
          <w:sz w:val="20"/>
          <w:lang w:val="da-DK"/>
        </w:rPr>
        <w:t xml:space="preserve"> </w:t>
      </w:r>
      <w:proofErr w:type="spellStart"/>
      <w:r w:rsidRPr="00396689">
        <w:rPr>
          <w:b/>
          <w:color w:val="10467A"/>
          <w:sz w:val="20"/>
          <w:lang w:val="da-DK"/>
        </w:rPr>
        <w:t>bättre</w:t>
      </w:r>
      <w:proofErr w:type="spellEnd"/>
      <w:r w:rsidRPr="00396689">
        <w:rPr>
          <w:b/>
          <w:color w:val="10467A"/>
          <w:sz w:val="20"/>
          <w:lang w:val="da-DK"/>
        </w:rPr>
        <w:t xml:space="preserve"> </w:t>
      </w:r>
      <w:proofErr w:type="spellStart"/>
      <w:r w:rsidRPr="00396689">
        <w:rPr>
          <w:b/>
          <w:color w:val="10467A"/>
          <w:sz w:val="20"/>
          <w:lang w:val="da-DK"/>
        </w:rPr>
        <w:t>än</w:t>
      </w:r>
      <w:proofErr w:type="spellEnd"/>
      <w:r w:rsidRPr="00396689">
        <w:rPr>
          <w:b/>
          <w:color w:val="10467A"/>
          <w:sz w:val="20"/>
          <w:lang w:val="da-DK"/>
        </w:rPr>
        <w:t xml:space="preserve"> en</w:t>
      </w:r>
    </w:p>
    <w:p w14:paraId="60288F8F" w14:textId="77777777" w:rsidR="00517DEC" w:rsidRPr="00396689" w:rsidRDefault="00000000">
      <w:pPr>
        <w:spacing w:after="160"/>
        <w:ind w:left="533"/>
        <w:rPr>
          <w:lang w:val="da-DK"/>
        </w:rPr>
      </w:pPr>
      <w:r w:rsidRPr="00396689">
        <w:rPr>
          <w:lang w:val="da-DK"/>
        </w:rPr>
        <w:t xml:space="preserve">Fem </w:t>
      </w:r>
      <w:proofErr w:type="spellStart"/>
      <w:r w:rsidRPr="00396689">
        <w:rPr>
          <w:lang w:val="da-DK"/>
        </w:rPr>
        <w:t>dagars</w:t>
      </w:r>
      <w:proofErr w:type="spellEnd"/>
      <w:r w:rsidRPr="00396689">
        <w:rPr>
          <w:lang w:val="da-DK"/>
        </w:rPr>
        <w:t xml:space="preserve"> kontinuerlig </w:t>
      </w:r>
      <w:proofErr w:type="spellStart"/>
      <w:r w:rsidRPr="00396689">
        <w:rPr>
          <w:lang w:val="da-DK"/>
        </w:rPr>
        <w:t>glukosövervakning</w:t>
      </w:r>
      <w:proofErr w:type="spellEnd"/>
      <w:r w:rsidRPr="00396689">
        <w:rPr>
          <w:lang w:val="da-DK"/>
        </w:rPr>
        <w:t xml:space="preserve"> ger en </w:t>
      </w:r>
      <w:proofErr w:type="spellStart"/>
      <w:r w:rsidRPr="00396689">
        <w:rPr>
          <w:lang w:val="da-DK"/>
        </w:rPr>
        <w:t>mer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rättvisande</w:t>
      </w:r>
      <w:proofErr w:type="spellEnd"/>
      <w:r w:rsidRPr="00396689">
        <w:rPr>
          <w:lang w:val="da-DK"/>
        </w:rPr>
        <w:t xml:space="preserve"> bild av </w:t>
      </w:r>
      <w:proofErr w:type="spellStart"/>
      <w:r w:rsidRPr="00396689">
        <w:rPr>
          <w:lang w:val="da-DK"/>
        </w:rPr>
        <w:t>glukoskontrollen</w:t>
      </w:r>
      <w:proofErr w:type="spellEnd"/>
      <w:r w:rsidRPr="00396689">
        <w:rPr>
          <w:lang w:val="da-DK"/>
        </w:rPr>
        <w:t xml:space="preserve"> </w:t>
      </w:r>
      <w:proofErr w:type="spellStart"/>
      <w:r w:rsidRPr="00396689">
        <w:rPr>
          <w:lang w:val="da-DK"/>
        </w:rPr>
        <w:t>än</w:t>
      </w:r>
      <w:proofErr w:type="spellEnd"/>
      <w:r w:rsidRPr="00396689">
        <w:rPr>
          <w:lang w:val="da-DK"/>
        </w:rPr>
        <w:t xml:space="preserve"> en </w:t>
      </w:r>
      <w:proofErr w:type="spellStart"/>
      <w:r w:rsidRPr="00396689">
        <w:rPr>
          <w:lang w:val="da-DK"/>
        </w:rPr>
        <w:t>enda</w:t>
      </w:r>
      <w:proofErr w:type="spellEnd"/>
      <w:r w:rsidRPr="00396689">
        <w:rPr>
          <w:lang w:val="da-DK"/>
        </w:rPr>
        <w:t xml:space="preserve"> dags </w:t>
      </w:r>
      <w:proofErr w:type="spellStart"/>
      <w:r w:rsidRPr="00396689">
        <w:rPr>
          <w:lang w:val="da-DK"/>
        </w:rPr>
        <w:t>blodglukosmätningar</w:t>
      </w:r>
      <w:proofErr w:type="spellEnd"/>
      <w:r w:rsidRPr="00396689">
        <w:rPr>
          <w:lang w:val="da-DK"/>
        </w:rPr>
        <w:t>.</w:t>
      </w:r>
    </w:p>
    <w:p w14:paraId="2C5866AD" w14:textId="77777777" w:rsidR="00396689" w:rsidRDefault="00396689">
      <w:pPr>
        <w:spacing w:after="100"/>
        <w:rPr>
          <w:b/>
          <w:color w:val="10467A"/>
          <w:sz w:val="24"/>
        </w:rPr>
      </w:pPr>
    </w:p>
    <w:p w14:paraId="0F18517F" w14:textId="29A4A4F0" w:rsidR="00517DEC" w:rsidRDefault="00000000">
      <w:pPr>
        <w:spacing w:after="100"/>
      </w:pPr>
      <w:proofErr w:type="spellStart"/>
      <w:r>
        <w:rPr>
          <w:b/>
          <w:color w:val="10467A"/>
          <w:sz w:val="24"/>
        </w:rPr>
        <w:t>Snabbfakta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517DEC" w:rsidRPr="00396689" w14:paraId="63651EFB" w14:textId="77777777">
        <w:tc>
          <w:tcPr>
            <w:tcW w:w="9994" w:type="dxa"/>
            <w:shd w:val="clear" w:color="auto" w:fill="EAF2F9"/>
            <w:vAlign w:val="center"/>
          </w:tcPr>
          <w:p w14:paraId="32FB21DF" w14:textId="77777777" w:rsidR="00517DEC" w:rsidRPr="00396689" w:rsidRDefault="00000000">
            <w:pPr>
              <w:spacing w:after="80"/>
              <w:rPr>
                <w:lang w:val="da-DK"/>
              </w:rPr>
            </w:pPr>
            <w:proofErr w:type="spellStart"/>
            <w:r w:rsidRPr="00396689">
              <w:rPr>
                <w:b/>
                <w:color w:val="10467A"/>
                <w:sz w:val="22"/>
                <w:lang w:val="da-DK"/>
              </w:rPr>
              <w:t>Sensorns</w:t>
            </w:r>
            <w:proofErr w:type="spellEnd"/>
            <w:r w:rsidRPr="00396689">
              <w:rPr>
                <w:b/>
                <w:color w:val="10467A"/>
                <w:sz w:val="22"/>
                <w:lang w:val="da-DK"/>
              </w:rPr>
              <w:t xml:space="preserve"> </w:t>
            </w:r>
            <w:proofErr w:type="spellStart"/>
            <w:r w:rsidRPr="00396689">
              <w:rPr>
                <w:b/>
                <w:color w:val="10467A"/>
                <w:sz w:val="22"/>
                <w:lang w:val="da-DK"/>
              </w:rPr>
              <w:t>användningstid</w:t>
            </w:r>
            <w:proofErr w:type="spellEnd"/>
            <w:r w:rsidRPr="00396689">
              <w:rPr>
                <w:b/>
                <w:color w:val="10467A"/>
                <w:sz w:val="22"/>
                <w:lang w:val="da-DK"/>
              </w:rPr>
              <w:t xml:space="preserve"> </w:t>
            </w:r>
            <w:proofErr w:type="spellStart"/>
            <w:r w:rsidRPr="00396689">
              <w:rPr>
                <w:b/>
                <w:color w:val="10467A"/>
                <w:sz w:val="22"/>
                <w:lang w:val="da-DK"/>
              </w:rPr>
              <w:t>och</w:t>
            </w:r>
            <w:proofErr w:type="spellEnd"/>
            <w:r w:rsidRPr="00396689">
              <w:rPr>
                <w:b/>
                <w:color w:val="10467A"/>
                <w:sz w:val="22"/>
                <w:lang w:val="da-DK"/>
              </w:rPr>
              <w:t xml:space="preserve"> larm</w:t>
            </w:r>
          </w:p>
          <w:p w14:paraId="674F2C58" w14:textId="77777777" w:rsidR="00517DEC" w:rsidRPr="00396689" w:rsidRDefault="00000000">
            <w:pPr>
              <w:spacing w:after="60"/>
              <w:rPr>
                <w:lang w:val="da-DK"/>
              </w:rPr>
            </w:pPr>
            <w:r w:rsidRPr="00396689">
              <w:rPr>
                <w:lang w:val="da-DK"/>
              </w:rPr>
              <w:t xml:space="preserve">Vid korrekt applicering kan </w:t>
            </w:r>
            <w:proofErr w:type="spellStart"/>
            <w:r w:rsidRPr="00396689">
              <w:rPr>
                <w:lang w:val="da-DK"/>
              </w:rPr>
              <w:t>sensorn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sitta</w:t>
            </w:r>
            <w:proofErr w:type="spellEnd"/>
            <w:r w:rsidRPr="00396689">
              <w:rPr>
                <w:lang w:val="da-DK"/>
              </w:rPr>
              <w:t xml:space="preserve"> på </w:t>
            </w:r>
            <w:proofErr w:type="spellStart"/>
            <w:r w:rsidRPr="00396689">
              <w:rPr>
                <w:lang w:val="da-DK"/>
              </w:rPr>
              <w:t>plats</w:t>
            </w:r>
            <w:proofErr w:type="spellEnd"/>
            <w:r w:rsidRPr="00396689">
              <w:rPr>
                <w:lang w:val="da-DK"/>
              </w:rPr>
              <w:t xml:space="preserve"> i </w:t>
            </w:r>
            <w:proofErr w:type="spellStart"/>
            <w:r w:rsidRPr="00396689">
              <w:rPr>
                <w:lang w:val="da-DK"/>
              </w:rPr>
              <w:t>upp</w:t>
            </w:r>
            <w:proofErr w:type="spellEnd"/>
            <w:r w:rsidRPr="00396689">
              <w:rPr>
                <w:lang w:val="da-DK"/>
              </w:rPr>
              <w:t xml:space="preserve"> till 14 </w:t>
            </w:r>
            <w:proofErr w:type="spellStart"/>
            <w:r w:rsidRPr="00396689">
              <w:rPr>
                <w:lang w:val="da-DK"/>
              </w:rPr>
              <w:t>dagar</w:t>
            </w:r>
            <w:proofErr w:type="spellEnd"/>
            <w:r w:rsidRPr="00396689">
              <w:rPr>
                <w:lang w:val="da-DK"/>
              </w:rPr>
              <w:t xml:space="preserve">. </w:t>
            </w:r>
            <w:proofErr w:type="spellStart"/>
            <w:r w:rsidRPr="00396689">
              <w:rPr>
                <w:lang w:val="da-DK"/>
              </w:rPr>
              <w:t>Genomsnittlig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bärtid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är</w:t>
            </w:r>
            <w:proofErr w:type="spellEnd"/>
            <w:r w:rsidRPr="00396689">
              <w:rPr>
                <w:lang w:val="da-DK"/>
              </w:rPr>
              <w:t xml:space="preserve"> cirka 10 </w:t>
            </w:r>
            <w:proofErr w:type="spellStart"/>
            <w:r w:rsidRPr="00396689">
              <w:rPr>
                <w:lang w:val="da-DK"/>
              </w:rPr>
              <w:t>dagar</w:t>
            </w:r>
            <w:proofErr w:type="spellEnd"/>
            <w:r w:rsidRPr="00396689">
              <w:rPr>
                <w:lang w:val="da-DK"/>
              </w:rPr>
              <w:t xml:space="preserve">. Vi </w:t>
            </w:r>
            <w:proofErr w:type="spellStart"/>
            <w:r w:rsidRPr="00396689">
              <w:rPr>
                <w:lang w:val="da-DK"/>
              </w:rPr>
              <w:t>rekommenderar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att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larminställningarna</w:t>
            </w:r>
            <w:proofErr w:type="spellEnd"/>
            <w:r w:rsidRPr="00396689">
              <w:rPr>
                <w:lang w:val="da-DK"/>
              </w:rPr>
              <w:t xml:space="preserve"> (Alerts) </w:t>
            </w:r>
            <w:proofErr w:type="spellStart"/>
            <w:r w:rsidRPr="00396689">
              <w:rPr>
                <w:lang w:val="da-DK"/>
              </w:rPr>
              <w:t>ändras</w:t>
            </w:r>
            <w:proofErr w:type="spellEnd"/>
            <w:r w:rsidRPr="00396689">
              <w:rPr>
                <w:lang w:val="da-DK"/>
              </w:rPr>
              <w:t xml:space="preserve"> till 25–30 mmol/L </w:t>
            </w:r>
            <w:proofErr w:type="spellStart"/>
            <w:r w:rsidRPr="00396689">
              <w:rPr>
                <w:lang w:val="da-DK"/>
              </w:rPr>
              <w:t>för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att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minimera</w:t>
            </w:r>
            <w:proofErr w:type="spellEnd"/>
            <w:r w:rsidRPr="00396689">
              <w:rPr>
                <w:lang w:val="da-DK"/>
              </w:rPr>
              <w:t xml:space="preserve"> </w:t>
            </w:r>
            <w:proofErr w:type="spellStart"/>
            <w:r w:rsidRPr="00396689">
              <w:rPr>
                <w:lang w:val="da-DK"/>
              </w:rPr>
              <w:t>onödiga</w:t>
            </w:r>
            <w:proofErr w:type="spellEnd"/>
            <w:r w:rsidRPr="00396689">
              <w:rPr>
                <w:lang w:val="da-DK"/>
              </w:rPr>
              <w:t xml:space="preserve"> larm.</w:t>
            </w:r>
          </w:p>
        </w:tc>
      </w:tr>
    </w:tbl>
    <w:p w14:paraId="39627C6B" w14:textId="77777777" w:rsidR="00517DEC" w:rsidRPr="00396689" w:rsidRDefault="00517DEC">
      <w:pPr>
        <w:spacing w:after="0"/>
        <w:rPr>
          <w:lang w:val="da-DK"/>
        </w:rPr>
      </w:pPr>
    </w:p>
    <w:sectPr w:rsidR="00517DEC" w:rsidRPr="00396689" w:rsidSect="00034616">
      <w:pgSz w:w="12240" w:h="15840"/>
      <w:pgMar w:top="936" w:right="1123" w:bottom="864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0999836">
    <w:abstractNumId w:val="8"/>
  </w:num>
  <w:num w:numId="2" w16cid:durableId="1616594677">
    <w:abstractNumId w:val="6"/>
  </w:num>
  <w:num w:numId="3" w16cid:durableId="649750534">
    <w:abstractNumId w:val="5"/>
  </w:num>
  <w:num w:numId="4" w16cid:durableId="1689798051">
    <w:abstractNumId w:val="4"/>
  </w:num>
  <w:num w:numId="5" w16cid:durableId="1244334350">
    <w:abstractNumId w:val="7"/>
  </w:num>
  <w:num w:numId="6" w16cid:durableId="1032729233">
    <w:abstractNumId w:val="3"/>
  </w:num>
  <w:num w:numId="7" w16cid:durableId="683359876">
    <w:abstractNumId w:val="2"/>
  </w:num>
  <w:num w:numId="8" w16cid:durableId="2080127182">
    <w:abstractNumId w:val="1"/>
  </w:num>
  <w:num w:numId="9" w16cid:durableId="122509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6689"/>
    <w:rsid w:val="00517DEC"/>
    <w:rsid w:val="00576BBC"/>
    <w:rsid w:val="00AA1D8D"/>
    <w:rsid w:val="00B47730"/>
    <w:rsid w:val="00CB0664"/>
    <w:rsid w:val="00DE56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177E8D"/>
  <w14:defaultImageDpi w14:val="300"/>
  <w15:docId w15:val="{391CFD0B-3F2E-428E-BCD0-3499ACF6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233140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Nicklas  Lindblad</cp:lastModifiedBy>
  <cp:revision>2</cp:revision>
  <cp:lastPrinted>2026-10-26T10:16:00Z</cp:lastPrinted>
  <dcterms:created xsi:type="dcterms:W3CDTF">2026-10-26T10:19:00Z</dcterms:created>
  <dcterms:modified xsi:type="dcterms:W3CDTF">2026-10-26T10:19:00Z</dcterms:modified>
  <cp:category/>
</cp:coreProperties>
</file>